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BF3CC" w14:textId="71F8560A" w:rsidR="00E82A5F" w:rsidRDefault="00E82A5F">
      <w:pPr>
        <w:rPr>
          <w:rFonts w:ascii="Raleway" w:hAnsi="Raleway"/>
        </w:rPr>
      </w:pPr>
    </w:p>
    <w:p w14:paraId="03768399" w14:textId="77777777" w:rsidR="00E82A5F" w:rsidRPr="00296F2E" w:rsidRDefault="00E82A5F" w:rsidP="00E82A5F">
      <w:pPr>
        <w:jc w:val="center"/>
        <w:rPr>
          <w:rFonts w:ascii="Raleway" w:hAnsi="Raleway"/>
        </w:rPr>
      </w:pPr>
      <w:r w:rsidRPr="00296F2E">
        <w:rPr>
          <w:rFonts w:ascii="Raleway" w:hAnsi="Raleway"/>
          <w:noProof/>
        </w:rPr>
        <w:drawing>
          <wp:inline distT="0" distB="0" distL="0" distR="0" wp14:anchorId="635540A8" wp14:editId="589E5FAC">
            <wp:extent cx="1417320" cy="1417320"/>
            <wp:effectExtent l="0" t="0" r="0" b="0"/>
            <wp:docPr id="137638371" name="Picture 137638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a:stretch>
                      <a:fillRect/>
                    </a:stretch>
                  </pic:blipFill>
                  <pic:spPr>
                    <a:xfrm>
                      <a:off x="0" y="0"/>
                      <a:ext cx="1417320" cy="1417320"/>
                    </a:xfrm>
                    <a:prstGeom prst="rect">
                      <a:avLst/>
                    </a:prstGeom>
                  </pic:spPr>
                </pic:pic>
              </a:graphicData>
            </a:graphic>
          </wp:inline>
        </w:drawing>
      </w:r>
    </w:p>
    <w:p w14:paraId="365F5577" w14:textId="2AF18AE9" w:rsidR="00E82A5F" w:rsidRPr="00E82A5F" w:rsidRDefault="00E82A5F" w:rsidP="00E82A5F">
      <w:pPr>
        <w:jc w:val="center"/>
        <w:rPr>
          <w:rFonts w:ascii="Raleway" w:hAnsi="Raleway"/>
        </w:rPr>
      </w:pPr>
      <w:r w:rsidRPr="00E82A5F">
        <w:rPr>
          <w:rFonts w:ascii="Raleway" w:hAnsi="Raleway"/>
          <w:b/>
          <w:color w:val="E97966"/>
          <w:sz w:val="36"/>
        </w:rPr>
        <w:t xml:space="preserve">Cleaner </w:t>
      </w:r>
      <w:r>
        <w:rPr>
          <w:rFonts w:ascii="Raleway" w:hAnsi="Raleway"/>
          <w:b/>
          <w:color w:val="E97966"/>
          <w:sz w:val="36"/>
        </w:rPr>
        <w:t>Vacancy</w:t>
      </w:r>
    </w:p>
    <w:p w14:paraId="5B216274" w14:textId="564F5022" w:rsidR="00DF4665" w:rsidRDefault="00E82A5F" w:rsidP="00287387">
      <w:pPr>
        <w:jc w:val="center"/>
        <w:rPr>
          <w:rFonts w:ascii="Raleway" w:hAnsi="Raleway"/>
        </w:rPr>
      </w:pPr>
      <w:r w:rsidRPr="00E82A5F">
        <w:rPr>
          <w:rFonts w:ascii="Raleway" w:hAnsi="Raleway"/>
        </w:rPr>
        <w:t>September 2026</w:t>
      </w:r>
    </w:p>
    <w:p w14:paraId="42185483" w14:textId="77777777" w:rsidR="00DF4665" w:rsidRPr="00296F2E" w:rsidRDefault="00DF4665" w:rsidP="00DF4665">
      <w:pPr>
        <w:jc w:val="center"/>
        <w:rPr>
          <w:rFonts w:ascii="Raleway" w:hAnsi="Raleway"/>
        </w:rPr>
      </w:pPr>
    </w:p>
    <w:tbl>
      <w:tblPr>
        <w:tblW w:w="0" w:type="auto"/>
        <w:jc w:val="center"/>
        <w:tblLook w:val="04A0" w:firstRow="1" w:lastRow="0" w:firstColumn="1" w:lastColumn="0" w:noHBand="0" w:noVBand="1"/>
      </w:tblPr>
      <w:tblGrid>
        <w:gridCol w:w="5090"/>
        <w:gridCol w:w="5090"/>
      </w:tblGrid>
      <w:tr w:rsidR="00E82A5F" w:rsidRPr="00296F2E" w14:paraId="18AC9632" w14:textId="77777777" w:rsidTr="001029FB">
        <w:trPr>
          <w:trHeight w:val="485"/>
          <w:jc w:val="center"/>
        </w:trPr>
        <w:tc>
          <w:tcPr>
            <w:tcW w:w="5090" w:type="dxa"/>
            <w:shd w:val="clear" w:color="auto" w:fill="F3F4F5"/>
            <w:vAlign w:val="center"/>
          </w:tcPr>
          <w:p w14:paraId="22245015" w14:textId="77777777" w:rsidR="00E82A5F" w:rsidRPr="00296F2E" w:rsidRDefault="00E82A5F" w:rsidP="00434FF6">
            <w:pPr>
              <w:rPr>
                <w:rFonts w:ascii="Raleway" w:hAnsi="Raleway"/>
              </w:rPr>
            </w:pPr>
            <w:r w:rsidRPr="00296F2E">
              <w:rPr>
                <w:rFonts w:ascii="Raleway" w:hAnsi="Raleway"/>
                <w:b/>
                <w:sz w:val="18"/>
              </w:rPr>
              <w:t>Role</w:t>
            </w:r>
          </w:p>
        </w:tc>
        <w:tc>
          <w:tcPr>
            <w:tcW w:w="5090" w:type="dxa"/>
            <w:vAlign w:val="center"/>
          </w:tcPr>
          <w:p w14:paraId="6620F039" w14:textId="77777777" w:rsidR="00E82A5F" w:rsidRPr="00296F2E" w:rsidRDefault="00E82A5F" w:rsidP="00434FF6">
            <w:pPr>
              <w:rPr>
                <w:rFonts w:ascii="Raleway" w:hAnsi="Raleway"/>
              </w:rPr>
            </w:pPr>
            <w:r w:rsidRPr="00296F2E">
              <w:rPr>
                <w:rFonts w:ascii="Raleway" w:hAnsi="Raleway"/>
                <w:sz w:val="18"/>
              </w:rPr>
              <w:t>Cleaner</w:t>
            </w:r>
          </w:p>
        </w:tc>
      </w:tr>
      <w:tr w:rsidR="00E82A5F" w:rsidRPr="00296F2E" w14:paraId="6D8C66CB" w14:textId="77777777" w:rsidTr="001029FB">
        <w:trPr>
          <w:trHeight w:val="485"/>
          <w:jc w:val="center"/>
        </w:trPr>
        <w:tc>
          <w:tcPr>
            <w:tcW w:w="5090" w:type="dxa"/>
            <w:shd w:val="clear" w:color="auto" w:fill="F3F4F5"/>
            <w:vAlign w:val="center"/>
          </w:tcPr>
          <w:p w14:paraId="300ACDB0" w14:textId="77777777" w:rsidR="00E82A5F" w:rsidRPr="00296F2E" w:rsidRDefault="00E82A5F" w:rsidP="00434FF6">
            <w:pPr>
              <w:rPr>
                <w:rFonts w:ascii="Raleway" w:hAnsi="Raleway"/>
              </w:rPr>
            </w:pPr>
            <w:r w:rsidRPr="00296F2E">
              <w:rPr>
                <w:rFonts w:ascii="Raleway" w:hAnsi="Raleway"/>
                <w:b/>
                <w:sz w:val="18"/>
              </w:rPr>
              <w:t>Place of work</w:t>
            </w:r>
          </w:p>
        </w:tc>
        <w:tc>
          <w:tcPr>
            <w:tcW w:w="5090" w:type="dxa"/>
            <w:vAlign w:val="center"/>
          </w:tcPr>
          <w:p w14:paraId="2981A464" w14:textId="1B96B3AB" w:rsidR="00E82A5F" w:rsidRPr="00296F2E" w:rsidRDefault="00E82A5F" w:rsidP="00434FF6">
            <w:pPr>
              <w:rPr>
                <w:rFonts w:ascii="Raleway" w:hAnsi="Raleway"/>
              </w:rPr>
            </w:pPr>
            <w:r w:rsidRPr="00296F2E">
              <w:rPr>
                <w:rFonts w:ascii="Raleway" w:hAnsi="Raleway"/>
                <w:sz w:val="18"/>
              </w:rPr>
              <w:t>St Aidan’s Church</w:t>
            </w:r>
            <w:r w:rsidR="00985915">
              <w:rPr>
                <w:rFonts w:ascii="Raleway" w:hAnsi="Raleway"/>
                <w:sz w:val="18"/>
              </w:rPr>
              <w:t>, Southcoates Avenue, Hull, HU9 3HF</w:t>
            </w:r>
          </w:p>
        </w:tc>
      </w:tr>
      <w:tr w:rsidR="00E82A5F" w:rsidRPr="00296F2E" w14:paraId="1DE6AD30" w14:textId="77777777" w:rsidTr="001029FB">
        <w:trPr>
          <w:trHeight w:val="485"/>
          <w:jc w:val="center"/>
        </w:trPr>
        <w:tc>
          <w:tcPr>
            <w:tcW w:w="5090" w:type="dxa"/>
            <w:shd w:val="clear" w:color="auto" w:fill="F3F4F5"/>
            <w:vAlign w:val="center"/>
          </w:tcPr>
          <w:p w14:paraId="3E506B1D" w14:textId="77777777" w:rsidR="00E82A5F" w:rsidRPr="00296F2E" w:rsidRDefault="00E82A5F" w:rsidP="00434FF6">
            <w:pPr>
              <w:rPr>
                <w:rFonts w:ascii="Raleway" w:hAnsi="Raleway"/>
              </w:rPr>
            </w:pPr>
            <w:r w:rsidRPr="00296F2E">
              <w:rPr>
                <w:rFonts w:ascii="Raleway" w:hAnsi="Raleway"/>
                <w:b/>
                <w:sz w:val="18"/>
              </w:rPr>
              <w:t>Hours</w:t>
            </w:r>
          </w:p>
        </w:tc>
        <w:tc>
          <w:tcPr>
            <w:tcW w:w="5090" w:type="dxa"/>
            <w:vAlign w:val="center"/>
          </w:tcPr>
          <w:p w14:paraId="2E2A0AA2" w14:textId="77777777" w:rsidR="00E82A5F" w:rsidRPr="00296F2E" w:rsidRDefault="00E82A5F" w:rsidP="00434FF6">
            <w:pPr>
              <w:rPr>
                <w:rFonts w:ascii="Raleway" w:hAnsi="Raleway"/>
              </w:rPr>
            </w:pPr>
            <w:r>
              <w:rPr>
                <w:rFonts w:ascii="Raleway" w:hAnsi="Raleway"/>
                <w:sz w:val="18"/>
              </w:rPr>
              <w:t>8 hours per week</w:t>
            </w:r>
          </w:p>
        </w:tc>
      </w:tr>
      <w:tr w:rsidR="00E82A5F" w:rsidRPr="00296F2E" w14:paraId="451E66DD" w14:textId="77777777" w:rsidTr="001029FB">
        <w:trPr>
          <w:trHeight w:val="1276"/>
          <w:jc w:val="center"/>
        </w:trPr>
        <w:tc>
          <w:tcPr>
            <w:tcW w:w="5090" w:type="dxa"/>
            <w:shd w:val="clear" w:color="auto" w:fill="F3F4F5"/>
            <w:vAlign w:val="center"/>
          </w:tcPr>
          <w:p w14:paraId="358ED717" w14:textId="5A74CBB7" w:rsidR="001029FB" w:rsidRPr="00742A8B" w:rsidRDefault="00E82A5F" w:rsidP="00434FF6">
            <w:pPr>
              <w:rPr>
                <w:rFonts w:ascii="Raleway" w:hAnsi="Raleway"/>
                <w:b/>
                <w:sz w:val="18"/>
              </w:rPr>
            </w:pPr>
            <w:r w:rsidRPr="00296F2E">
              <w:rPr>
                <w:rFonts w:ascii="Raleway" w:hAnsi="Raleway"/>
                <w:b/>
                <w:sz w:val="18"/>
              </w:rPr>
              <w:t>Pay</w:t>
            </w:r>
          </w:p>
        </w:tc>
        <w:tc>
          <w:tcPr>
            <w:tcW w:w="5090" w:type="dxa"/>
            <w:vAlign w:val="center"/>
          </w:tcPr>
          <w:p w14:paraId="43DE603A" w14:textId="1C0F3098" w:rsidR="001029FB" w:rsidRPr="00742A8B" w:rsidRDefault="00E82A5F" w:rsidP="00434FF6">
            <w:pPr>
              <w:rPr>
                <w:rFonts w:ascii="Raleway" w:hAnsi="Raleway"/>
                <w:sz w:val="18"/>
              </w:rPr>
            </w:pPr>
            <w:r w:rsidRPr="00600FC6">
              <w:rPr>
                <w:rFonts w:ascii="Raleway" w:hAnsi="Raleway"/>
                <w:sz w:val="18"/>
              </w:rPr>
              <w:t>£1</w:t>
            </w:r>
            <w:r>
              <w:rPr>
                <w:rFonts w:ascii="Raleway" w:hAnsi="Raleway"/>
                <w:sz w:val="18"/>
              </w:rPr>
              <w:t>3</w:t>
            </w:r>
            <w:r w:rsidRPr="00600FC6">
              <w:rPr>
                <w:rFonts w:ascii="Raleway" w:hAnsi="Raleway"/>
                <w:sz w:val="18"/>
              </w:rPr>
              <w:t>.</w:t>
            </w:r>
            <w:r>
              <w:rPr>
                <w:rFonts w:ascii="Raleway" w:hAnsi="Raleway"/>
                <w:sz w:val="18"/>
              </w:rPr>
              <w:t>45</w:t>
            </w:r>
            <w:r w:rsidRPr="00600FC6">
              <w:rPr>
                <w:rFonts w:ascii="Raleway" w:hAnsi="Raleway"/>
                <w:sz w:val="18"/>
              </w:rPr>
              <w:t xml:space="preserve"> per hour, subject to increases in line with the applicable </w:t>
            </w:r>
            <w:r>
              <w:rPr>
                <w:rFonts w:ascii="Raleway" w:hAnsi="Raleway"/>
                <w:sz w:val="18"/>
              </w:rPr>
              <w:t>Real</w:t>
            </w:r>
            <w:r w:rsidRPr="00600FC6">
              <w:rPr>
                <w:rFonts w:ascii="Raleway" w:hAnsi="Raleway"/>
                <w:sz w:val="18"/>
              </w:rPr>
              <w:t xml:space="preserve"> Living Wage rate</w:t>
            </w:r>
          </w:p>
        </w:tc>
      </w:tr>
      <w:tr w:rsidR="001029FB" w:rsidRPr="00296F2E" w14:paraId="7A7146A6" w14:textId="77777777" w:rsidTr="001029FB">
        <w:trPr>
          <w:trHeight w:val="485"/>
          <w:jc w:val="center"/>
        </w:trPr>
        <w:tc>
          <w:tcPr>
            <w:tcW w:w="5090" w:type="dxa"/>
            <w:shd w:val="clear" w:color="auto" w:fill="F3F4F5"/>
            <w:vAlign w:val="center"/>
          </w:tcPr>
          <w:p w14:paraId="5329712A" w14:textId="77777777" w:rsidR="001029FB" w:rsidRPr="001029FB" w:rsidRDefault="001029FB" w:rsidP="000659C8">
            <w:pPr>
              <w:rPr>
                <w:rFonts w:ascii="Raleway" w:hAnsi="Raleway"/>
                <w:b/>
                <w:sz w:val="18"/>
              </w:rPr>
            </w:pPr>
            <w:r w:rsidRPr="00296F2E">
              <w:rPr>
                <w:rFonts w:ascii="Raleway" w:hAnsi="Raleway"/>
                <w:b/>
                <w:sz w:val="18"/>
              </w:rPr>
              <w:t>Employment status</w:t>
            </w:r>
          </w:p>
        </w:tc>
        <w:tc>
          <w:tcPr>
            <w:tcW w:w="5090" w:type="dxa"/>
            <w:vAlign w:val="center"/>
          </w:tcPr>
          <w:p w14:paraId="77E72B33" w14:textId="77777777" w:rsidR="001029FB" w:rsidRPr="001029FB" w:rsidRDefault="001029FB" w:rsidP="000659C8">
            <w:pPr>
              <w:rPr>
                <w:rFonts w:ascii="Raleway" w:hAnsi="Raleway"/>
                <w:sz w:val="18"/>
              </w:rPr>
            </w:pPr>
            <w:r>
              <w:rPr>
                <w:rFonts w:ascii="Raleway" w:hAnsi="Raleway"/>
                <w:sz w:val="18"/>
              </w:rPr>
              <w:t>Permanent, part-time employee</w:t>
            </w:r>
          </w:p>
        </w:tc>
      </w:tr>
      <w:tr w:rsidR="001029FB" w:rsidRPr="00DA5B95" w14:paraId="2B9E91D0" w14:textId="77777777" w:rsidTr="001029FB">
        <w:trPr>
          <w:trHeight w:val="751"/>
          <w:jc w:val="center"/>
        </w:trPr>
        <w:tc>
          <w:tcPr>
            <w:tcW w:w="5090" w:type="dxa"/>
            <w:shd w:val="clear" w:color="auto" w:fill="F3F4F5"/>
            <w:vAlign w:val="center"/>
          </w:tcPr>
          <w:p w14:paraId="66B049B6" w14:textId="77777777" w:rsidR="001029FB" w:rsidRPr="001029FB" w:rsidRDefault="001029FB" w:rsidP="000659C8">
            <w:pPr>
              <w:rPr>
                <w:rFonts w:ascii="Raleway" w:hAnsi="Raleway"/>
                <w:b/>
                <w:sz w:val="18"/>
              </w:rPr>
            </w:pPr>
            <w:r w:rsidRPr="00296F2E">
              <w:rPr>
                <w:rFonts w:ascii="Raleway" w:hAnsi="Raleway"/>
                <w:b/>
                <w:sz w:val="18"/>
              </w:rPr>
              <w:t>Proposed start date</w:t>
            </w:r>
          </w:p>
        </w:tc>
        <w:tc>
          <w:tcPr>
            <w:tcW w:w="5090" w:type="dxa"/>
            <w:vAlign w:val="center"/>
          </w:tcPr>
          <w:p w14:paraId="1408AB41" w14:textId="69D13F8D" w:rsidR="00287387" w:rsidRPr="00DA5B95" w:rsidRDefault="001029FB" w:rsidP="000659C8">
            <w:pPr>
              <w:rPr>
                <w:rFonts w:ascii="Raleway" w:hAnsi="Raleway"/>
                <w:sz w:val="18"/>
              </w:rPr>
            </w:pPr>
            <w:r>
              <w:rPr>
                <w:rFonts w:ascii="Raleway" w:hAnsi="Raleway"/>
                <w:sz w:val="18"/>
              </w:rPr>
              <w:t>October 2026, subject to references and pre-employment checks</w:t>
            </w:r>
          </w:p>
        </w:tc>
      </w:tr>
    </w:tbl>
    <w:p w14:paraId="16F1F565" w14:textId="77777777" w:rsidR="00287387" w:rsidRDefault="00287387" w:rsidP="00287387">
      <w:pPr>
        <w:rPr>
          <w:rFonts w:ascii="Raleway" w:hAnsi="Raleway"/>
          <w:b/>
          <w:color w:val="E97966"/>
          <w:sz w:val="24"/>
        </w:rPr>
      </w:pPr>
    </w:p>
    <w:p w14:paraId="51F0B8F2" w14:textId="1B7FF54B" w:rsidR="00B22A81" w:rsidRPr="00287387" w:rsidRDefault="00756AEE" w:rsidP="00287387">
      <w:pPr>
        <w:rPr>
          <w:rFonts w:ascii="Raleway" w:hAnsi="Raleway"/>
          <w:b/>
          <w:bCs/>
        </w:rPr>
      </w:pPr>
      <w:r w:rsidRPr="00296F2E">
        <w:rPr>
          <w:rFonts w:ascii="Raleway" w:hAnsi="Raleway"/>
          <w:b/>
          <w:color w:val="E97966"/>
          <w:sz w:val="24"/>
        </w:rPr>
        <w:t>Main duties</w:t>
      </w:r>
    </w:p>
    <w:p w14:paraId="1AF3FFB9" w14:textId="02E458EF" w:rsidR="00B22A81" w:rsidRPr="00296F2E" w:rsidRDefault="00756AEE">
      <w:pPr>
        <w:pStyle w:val="ListBullet"/>
        <w:rPr>
          <w:rFonts w:ascii="Raleway" w:hAnsi="Raleway"/>
        </w:rPr>
      </w:pPr>
      <w:r w:rsidRPr="00296F2E">
        <w:rPr>
          <w:rFonts w:ascii="Raleway" w:hAnsi="Raleway"/>
        </w:rPr>
        <w:t>Clean designated areas in accordance with the St Aidan’s Cleaning Schedule</w:t>
      </w:r>
      <w:r w:rsidR="00B40C88">
        <w:rPr>
          <w:rFonts w:ascii="Raleway" w:hAnsi="Raleway"/>
        </w:rPr>
        <w:t>,</w:t>
      </w:r>
      <w:r w:rsidRPr="00296F2E">
        <w:rPr>
          <w:rFonts w:ascii="Raleway" w:hAnsi="Raleway"/>
        </w:rPr>
        <w:t xml:space="preserve"> and to the required standard.</w:t>
      </w:r>
    </w:p>
    <w:p w14:paraId="6B907C57" w14:textId="2813CDBD" w:rsidR="00B22A81" w:rsidRPr="00B40C88" w:rsidRDefault="00756AEE" w:rsidP="00B40C88">
      <w:pPr>
        <w:pStyle w:val="ListBullet"/>
        <w:rPr>
          <w:rFonts w:ascii="Raleway" w:hAnsi="Raleway"/>
        </w:rPr>
      </w:pPr>
      <w:r w:rsidRPr="00296F2E">
        <w:rPr>
          <w:rFonts w:ascii="Raleway" w:hAnsi="Raleway"/>
        </w:rPr>
        <w:t>Carry out and record routine inspection of facilities and notify the appropriate church contact of defects or hazards.</w:t>
      </w:r>
    </w:p>
    <w:p w14:paraId="20FEF73D" w14:textId="77777777" w:rsidR="00B22A81" w:rsidRPr="00296F2E" w:rsidRDefault="00756AEE">
      <w:pPr>
        <w:pStyle w:val="ListBullet"/>
        <w:rPr>
          <w:rFonts w:ascii="Raleway" w:hAnsi="Raleway"/>
        </w:rPr>
      </w:pPr>
      <w:r w:rsidRPr="00296F2E">
        <w:rPr>
          <w:rFonts w:ascii="Raleway" w:hAnsi="Raleway"/>
        </w:rPr>
        <w:t>Carry out deeper/rotational cleaning and other reasonable cleaning tasks as required.</w:t>
      </w:r>
    </w:p>
    <w:p w14:paraId="705FACB5" w14:textId="77777777" w:rsidR="00B22A81" w:rsidRPr="00296F2E" w:rsidRDefault="00756AEE">
      <w:pPr>
        <w:pStyle w:val="ListBullet"/>
        <w:rPr>
          <w:rFonts w:ascii="Raleway" w:hAnsi="Raleway"/>
        </w:rPr>
      </w:pPr>
      <w:r w:rsidRPr="00296F2E">
        <w:rPr>
          <w:rFonts w:ascii="Raleway" w:hAnsi="Raleway"/>
        </w:rPr>
        <w:t>Use cleaning equipment and products safely, following instructions and church procedures.</w:t>
      </w:r>
    </w:p>
    <w:p w14:paraId="1E75F7F5" w14:textId="77777777" w:rsidR="00B22A81" w:rsidRPr="00296F2E" w:rsidRDefault="00756AEE">
      <w:pPr>
        <w:pStyle w:val="ListBullet"/>
        <w:rPr>
          <w:rFonts w:ascii="Raleway" w:hAnsi="Raleway"/>
        </w:rPr>
      </w:pPr>
      <w:r w:rsidRPr="00296F2E">
        <w:rPr>
          <w:rFonts w:ascii="Raleway" w:hAnsi="Raleway"/>
        </w:rPr>
        <w:t>Respect the confidentiality of information encountered while working in church offices, meeting rooms or other areas.</w:t>
      </w:r>
    </w:p>
    <w:p w14:paraId="2EB63717" w14:textId="5B6CF5E0" w:rsidR="00B22A81" w:rsidRPr="00296F2E" w:rsidRDefault="00756AEE">
      <w:pPr>
        <w:pStyle w:val="ListBullet"/>
        <w:rPr>
          <w:rFonts w:ascii="Raleway" w:hAnsi="Raleway"/>
        </w:rPr>
      </w:pPr>
      <w:r w:rsidRPr="00296F2E">
        <w:rPr>
          <w:rFonts w:ascii="Raleway" w:hAnsi="Raleway"/>
        </w:rPr>
        <w:t>Cooperate with th</w:t>
      </w:r>
      <w:r w:rsidR="009D3926">
        <w:rPr>
          <w:rFonts w:ascii="Raleway" w:hAnsi="Raleway"/>
        </w:rPr>
        <w:t>e St Aidan PCC’s</w:t>
      </w:r>
      <w:r w:rsidRPr="00296F2E">
        <w:rPr>
          <w:rFonts w:ascii="Raleway" w:hAnsi="Raleway"/>
        </w:rPr>
        <w:t xml:space="preserve"> health and safety arrangements.</w:t>
      </w:r>
    </w:p>
    <w:p w14:paraId="1F6C32F7" w14:textId="77777777" w:rsidR="00B22A81" w:rsidRPr="00296F2E" w:rsidRDefault="00756AEE">
      <w:pPr>
        <w:pStyle w:val="ListBullet"/>
        <w:rPr>
          <w:rFonts w:ascii="Raleway" w:hAnsi="Raleway"/>
        </w:rPr>
      </w:pPr>
      <w:r w:rsidRPr="00296F2E">
        <w:rPr>
          <w:rFonts w:ascii="Raleway" w:hAnsi="Raleway"/>
        </w:rPr>
        <w:t>Report damage, maintenance issues, missing supplies and other concerns promptly.</w:t>
      </w:r>
    </w:p>
    <w:p w14:paraId="14EBFDC2" w14:textId="77777777" w:rsidR="00B22A81" w:rsidRPr="00296F2E" w:rsidRDefault="00756AEE">
      <w:pPr>
        <w:pStyle w:val="ListBullet"/>
        <w:rPr>
          <w:rFonts w:ascii="Raleway" w:hAnsi="Raleway"/>
        </w:rPr>
      </w:pPr>
      <w:r w:rsidRPr="00296F2E">
        <w:rPr>
          <w:rFonts w:ascii="Raleway" w:hAnsi="Raleway"/>
        </w:rPr>
        <w:t>Undertake other reasonable duties within the scope of the post.</w:t>
      </w:r>
    </w:p>
    <w:p w14:paraId="299D5D75" w14:textId="77777777" w:rsidR="00B22A81" w:rsidRPr="00296F2E" w:rsidRDefault="00756AEE">
      <w:pPr>
        <w:rPr>
          <w:rFonts w:ascii="Raleway" w:hAnsi="Raleway"/>
        </w:rPr>
      </w:pPr>
      <w:r w:rsidRPr="00296F2E">
        <w:rPr>
          <w:rFonts w:ascii="Raleway" w:hAnsi="Raleway"/>
        </w:rPr>
        <w:br w:type="page"/>
      </w:r>
    </w:p>
    <w:p w14:paraId="15171FBB" w14:textId="07A01B63" w:rsidR="00B22A81" w:rsidRPr="00296F2E" w:rsidRDefault="00756AEE">
      <w:pPr>
        <w:pStyle w:val="Heading1"/>
        <w:rPr>
          <w:rFonts w:ascii="Raleway" w:hAnsi="Raleway"/>
        </w:rPr>
      </w:pPr>
      <w:r w:rsidRPr="00296F2E">
        <w:rPr>
          <w:rFonts w:ascii="Raleway" w:hAnsi="Raleway"/>
        </w:rPr>
        <w:lastRenderedPageBreak/>
        <w:t>Person Specification</w:t>
      </w:r>
    </w:p>
    <w:tbl>
      <w:tblPr>
        <w:tblW w:w="0" w:type="auto"/>
        <w:jc w:val="center"/>
        <w:tblLook w:val="04A0" w:firstRow="1" w:lastRow="0" w:firstColumn="1" w:lastColumn="0" w:noHBand="0" w:noVBand="1"/>
      </w:tblPr>
      <w:tblGrid>
        <w:gridCol w:w="2520"/>
        <w:gridCol w:w="2520"/>
        <w:gridCol w:w="2520"/>
        <w:gridCol w:w="2520"/>
      </w:tblGrid>
      <w:tr w:rsidR="00B22A81" w:rsidRPr="00296F2E" w14:paraId="5F8932F9" w14:textId="77777777">
        <w:trPr>
          <w:tblHeader/>
          <w:jc w:val="center"/>
        </w:trPr>
        <w:tc>
          <w:tcPr>
            <w:tcW w:w="2520" w:type="dxa"/>
            <w:shd w:val="clear" w:color="auto" w:fill="263746"/>
            <w:vAlign w:val="center"/>
          </w:tcPr>
          <w:p w14:paraId="332914B0" w14:textId="77777777" w:rsidR="00B22A81" w:rsidRPr="00296F2E" w:rsidRDefault="00756AEE">
            <w:pPr>
              <w:rPr>
                <w:rFonts w:ascii="Raleway" w:hAnsi="Raleway"/>
              </w:rPr>
            </w:pPr>
            <w:r w:rsidRPr="00296F2E">
              <w:rPr>
                <w:rFonts w:ascii="Raleway" w:hAnsi="Raleway"/>
                <w:b/>
                <w:color w:val="FFFFFF"/>
                <w:sz w:val="17"/>
              </w:rPr>
              <w:t>Attribute</w:t>
            </w:r>
          </w:p>
        </w:tc>
        <w:tc>
          <w:tcPr>
            <w:tcW w:w="2520" w:type="dxa"/>
            <w:shd w:val="clear" w:color="auto" w:fill="263746"/>
            <w:vAlign w:val="center"/>
          </w:tcPr>
          <w:p w14:paraId="4A0B6FEA" w14:textId="77777777" w:rsidR="00B22A81" w:rsidRPr="00296F2E" w:rsidRDefault="00756AEE">
            <w:pPr>
              <w:rPr>
                <w:rFonts w:ascii="Raleway" w:hAnsi="Raleway"/>
              </w:rPr>
            </w:pPr>
            <w:r w:rsidRPr="00296F2E">
              <w:rPr>
                <w:rFonts w:ascii="Raleway" w:hAnsi="Raleway"/>
                <w:b/>
                <w:color w:val="FFFFFF"/>
                <w:sz w:val="17"/>
              </w:rPr>
              <w:t>Essential</w:t>
            </w:r>
          </w:p>
        </w:tc>
        <w:tc>
          <w:tcPr>
            <w:tcW w:w="2520" w:type="dxa"/>
            <w:shd w:val="clear" w:color="auto" w:fill="263746"/>
            <w:vAlign w:val="center"/>
          </w:tcPr>
          <w:p w14:paraId="33D144E4" w14:textId="77777777" w:rsidR="00B22A81" w:rsidRPr="00296F2E" w:rsidRDefault="00756AEE">
            <w:pPr>
              <w:rPr>
                <w:rFonts w:ascii="Raleway" w:hAnsi="Raleway"/>
              </w:rPr>
            </w:pPr>
            <w:r w:rsidRPr="00296F2E">
              <w:rPr>
                <w:rFonts w:ascii="Raleway" w:hAnsi="Raleway"/>
                <w:b/>
                <w:color w:val="FFFFFF"/>
                <w:sz w:val="17"/>
              </w:rPr>
              <w:t>Desirable</w:t>
            </w:r>
          </w:p>
        </w:tc>
        <w:tc>
          <w:tcPr>
            <w:tcW w:w="2520" w:type="dxa"/>
            <w:shd w:val="clear" w:color="auto" w:fill="263746"/>
            <w:vAlign w:val="center"/>
          </w:tcPr>
          <w:p w14:paraId="7E4CB358" w14:textId="77777777" w:rsidR="00B22A81" w:rsidRPr="00296F2E" w:rsidRDefault="00756AEE">
            <w:pPr>
              <w:rPr>
                <w:rFonts w:ascii="Raleway" w:hAnsi="Raleway"/>
              </w:rPr>
            </w:pPr>
            <w:r w:rsidRPr="00296F2E">
              <w:rPr>
                <w:rFonts w:ascii="Raleway" w:hAnsi="Raleway"/>
                <w:b/>
                <w:color w:val="FFFFFF"/>
                <w:sz w:val="17"/>
              </w:rPr>
              <w:t>Evidence</w:t>
            </w:r>
          </w:p>
        </w:tc>
      </w:tr>
      <w:tr w:rsidR="00B22A81" w:rsidRPr="00296F2E" w14:paraId="70128D58" w14:textId="77777777">
        <w:trPr>
          <w:jc w:val="center"/>
        </w:trPr>
        <w:tc>
          <w:tcPr>
            <w:tcW w:w="2520" w:type="dxa"/>
            <w:vAlign w:val="center"/>
          </w:tcPr>
          <w:p w14:paraId="2D756BFA" w14:textId="77777777" w:rsidR="00B22A81" w:rsidRPr="00296F2E" w:rsidRDefault="00756AEE">
            <w:pPr>
              <w:rPr>
                <w:rFonts w:ascii="Raleway" w:hAnsi="Raleway"/>
              </w:rPr>
            </w:pPr>
            <w:r w:rsidRPr="00296F2E">
              <w:rPr>
                <w:rFonts w:ascii="Raleway" w:hAnsi="Raleway"/>
                <w:b/>
                <w:color w:val="E97966"/>
                <w:sz w:val="16"/>
              </w:rPr>
              <w:t>Relevant experience</w:t>
            </w:r>
          </w:p>
        </w:tc>
        <w:tc>
          <w:tcPr>
            <w:tcW w:w="2520" w:type="dxa"/>
            <w:vAlign w:val="center"/>
          </w:tcPr>
          <w:p w14:paraId="0CBC106B" w14:textId="77777777" w:rsidR="00B22A81" w:rsidRPr="00296F2E" w:rsidRDefault="00756AEE">
            <w:pPr>
              <w:rPr>
                <w:rFonts w:ascii="Raleway" w:hAnsi="Raleway"/>
              </w:rPr>
            </w:pPr>
            <w:r w:rsidRPr="00296F2E">
              <w:rPr>
                <w:rFonts w:ascii="Raleway" w:hAnsi="Raleway"/>
                <w:sz w:val="16"/>
              </w:rPr>
              <w:t>Cleaning experience in some capacity; ability to follow routines and standards.</w:t>
            </w:r>
          </w:p>
        </w:tc>
        <w:tc>
          <w:tcPr>
            <w:tcW w:w="2520" w:type="dxa"/>
            <w:vAlign w:val="center"/>
          </w:tcPr>
          <w:p w14:paraId="25CE8DFF" w14:textId="77777777" w:rsidR="00B22A81" w:rsidRPr="00296F2E" w:rsidRDefault="00756AEE">
            <w:pPr>
              <w:rPr>
                <w:rFonts w:ascii="Raleway" w:hAnsi="Raleway"/>
              </w:rPr>
            </w:pPr>
            <w:r w:rsidRPr="00296F2E">
              <w:rPr>
                <w:rFonts w:ascii="Raleway" w:hAnsi="Raleway"/>
                <w:sz w:val="16"/>
              </w:rPr>
              <w:t>Previous experience in a similar church, community or public-facing setting.</w:t>
            </w:r>
          </w:p>
        </w:tc>
        <w:tc>
          <w:tcPr>
            <w:tcW w:w="2520" w:type="dxa"/>
            <w:vAlign w:val="center"/>
          </w:tcPr>
          <w:p w14:paraId="002A412A" w14:textId="77777777" w:rsidR="00B22A81" w:rsidRPr="00296F2E" w:rsidRDefault="00756AEE">
            <w:pPr>
              <w:rPr>
                <w:rFonts w:ascii="Raleway" w:hAnsi="Raleway"/>
              </w:rPr>
            </w:pPr>
            <w:r w:rsidRPr="00296F2E">
              <w:rPr>
                <w:rFonts w:ascii="Raleway" w:hAnsi="Raleway"/>
                <w:sz w:val="16"/>
              </w:rPr>
              <w:t>Application / interview</w:t>
            </w:r>
          </w:p>
        </w:tc>
      </w:tr>
      <w:tr w:rsidR="00B22A81" w:rsidRPr="00296F2E" w14:paraId="0B462AF3" w14:textId="77777777">
        <w:trPr>
          <w:jc w:val="center"/>
        </w:trPr>
        <w:tc>
          <w:tcPr>
            <w:tcW w:w="2520" w:type="dxa"/>
            <w:vAlign w:val="center"/>
          </w:tcPr>
          <w:p w14:paraId="12C565CE" w14:textId="77777777" w:rsidR="00B22A81" w:rsidRPr="00296F2E" w:rsidRDefault="00756AEE">
            <w:pPr>
              <w:rPr>
                <w:rFonts w:ascii="Raleway" w:hAnsi="Raleway"/>
              </w:rPr>
            </w:pPr>
            <w:r w:rsidRPr="00296F2E">
              <w:rPr>
                <w:rFonts w:ascii="Raleway" w:hAnsi="Raleway"/>
                <w:b/>
                <w:color w:val="E97966"/>
                <w:sz w:val="16"/>
              </w:rPr>
              <w:t>Qualifications / training</w:t>
            </w:r>
          </w:p>
        </w:tc>
        <w:tc>
          <w:tcPr>
            <w:tcW w:w="2520" w:type="dxa"/>
            <w:vAlign w:val="center"/>
          </w:tcPr>
          <w:p w14:paraId="39DF42DD" w14:textId="77777777" w:rsidR="00B22A81" w:rsidRPr="00296F2E" w:rsidRDefault="00756AEE">
            <w:pPr>
              <w:rPr>
                <w:rFonts w:ascii="Raleway" w:hAnsi="Raleway"/>
              </w:rPr>
            </w:pPr>
            <w:r w:rsidRPr="00296F2E">
              <w:rPr>
                <w:rFonts w:ascii="Raleway" w:hAnsi="Raleway"/>
                <w:sz w:val="16"/>
              </w:rPr>
              <w:t>No formal qualifications required; willingness to follow relevant safety guidance and safe working practices.</w:t>
            </w:r>
          </w:p>
        </w:tc>
        <w:tc>
          <w:tcPr>
            <w:tcW w:w="2520" w:type="dxa"/>
            <w:vAlign w:val="center"/>
          </w:tcPr>
          <w:p w14:paraId="4514E683" w14:textId="77777777" w:rsidR="00B22A81" w:rsidRPr="00296F2E" w:rsidRDefault="00756AEE">
            <w:pPr>
              <w:rPr>
                <w:rFonts w:ascii="Raleway" w:hAnsi="Raleway"/>
              </w:rPr>
            </w:pPr>
            <w:r w:rsidRPr="00296F2E">
              <w:rPr>
                <w:rFonts w:ascii="Raleway" w:hAnsi="Raleway"/>
                <w:sz w:val="16"/>
              </w:rPr>
              <w:t>Basic health &amp; safety or cleaning-related training.</w:t>
            </w:r>
          </w:p>
        </w:tc>
        <w:tc>
          <w:tcPr>
            <w:tcW w:w="2520" w:type="dxa"/>
            <w:vAlign w:val="center"/>
          </w:tcPr>
          <w:p w14:paraId="4DDBFB58" w14:textId="77777777" w:rsidR="00B22A81" w:rsidRPr="00296F2E" w:rsidRDefault="00756AEE">
            <w:pPr>
              <w:rPr>
                <w:rFonts w:ascii="Raleway" w:hAnsi="Raleway"/>
              </w:rPr>
            </w:pPr>
            <w:r w:rsidRPr="00296F2E">
              <w:rPr>
                <w:rFonts w:ascii="Raleway" w:hAnsi="Raleway"/>
                <w:sz w:val="16"/>
              </w:rPr>
              <w:t>Application / references / interview</w:t>
            </w:r>
          </w:p>
        </w:tc>
      </w:tr>
      <w:tr w:rsidR="00B22A81" w:rsidRPr="00296F2E" w14:paraId="38E236F3" w14:textId="77777777">
        <w:trPr>
          <w:jc w:val="center"/>
        </w:trPr>
        <w:tc>
          <w:tcPr>
            <w:tcW w:w="2520" w:type="dxa"/>
            <w:vAlign w:val="center"/>
          </w:tcPr>
          <w:p w14:paraId="1DEA66CC" w14:textId="77777777" w:rsidR="00B22A81" w:rsidRPr="00296F2E" w:rsidRDefault="00756AEE">
            <w:pPr>
              <w:rPr>
                <w:rFonts w:ascii="Raleway" w:hAnsi="Raleway"/>
              </w:rPr>
            </w:pPr>
            <w:r w:rsidRPr="00296F2E">
              <w:rPr>
                <w:rFonts w:ascii="Raleway" w:hAnsi="Raleway"/>
                <w:b/>
                <w:color w:val="E97966"/>
                <w:sz w:val="16"/>
              </w:rPr>
              <w:t>Special skills &amp; abilities</w:t>
            </w:r>
          </w:p>
        </w:tc>
        <w:tc>
          <w:tcPr>
            <w:tcW w:w="2520" w:type="dxa"/>
            <w:vAlign w:val="center"/>
          </w:tcPr>
          <w:p w14:paraId="447674A1" w14:textId="77777777" w:rsidR="00B22A81" w:rsidRPr="00296F2E" w:rsidRDefault="00756AEE">
            <w:pPr>
              <w:rPr>
                <w:rFonts w:ascii="Raleway" w:hAnsi="Raleway"/>
              </w:rPr>
            </w:pPr>
            <w:r w:rsidRPr="00296F2E">
              <w:rPr>
                <w:rFonts w:ascii="Raleway" w:hAnsi="Raleway"/>
                <w:sz w:val="16"/>
              </w:rPr>
              <w:t>Able to prioritise work; proactive; organised; good attention to detail.</w:t>
            </w:r>
          </w:p>
        </w:tc>
        <w:tc>
          <w:tcPr>
            <w:tcW w:w="2520" w:type="dxa"/>
            <w:vAlign w:val="center"/>
          </w:tcPr>
          <w:p w14:paraId="0F651A22" w14:textId="77777777" w:rsidR="00B22A81" w:rsidRPr="00296F2E" w:rsidRDefault="00756AEE">
            <w:pPr>
              <w:rPr>
                <w:rFonts w:ascii="Raleway" w:hAnsi="Raleway"/>
              </w:rPr>
            </w:pPr>
            <w:r w:rsidRPr="00296F2E">
              <w:rPr>
                <w:rFonts w:ascii="Raleway" w:hAnsi="Raleway"/>
                <w:sz w:val="16"/>
              </w:rPr>
              <w:t>Experience using mechanical cleaning equipment or similar.</w:t>
            </w:r>
          </w:p>
        </w:tc>
        <w:tc>
          <w:tcPr>
            <w:tcW w:w="2520" w:type="dxa"/>
            <w:vAlign w:val="center"/>
          </w:tcPr>
          <w:p w14:paraId="34A8556E" w14:textId="77777777" w:rsidR="00B22A81" w:rsidRPr="00296F2E" w:rsidRDefault="00756AEE">
            <w:pPr>
              <w:rPr>
                <w:rFonts w:ascii="Raleway" w:hAnsi="Raleway"/>
              </w:rPr>
            </w:pPr>
            <w:r w:rsidRPr="00296F2E">
              <w:rPr>
                <w:rFonts w:ascii="Raleway" w:hAnsi="Raleway"/>
                <w:sz w:val="16"/>
              </w:rPr>
              <w:t>Application / references / interview</w:t>
            </w:r>
          </w:p>
        </w:tc>
      </w:tr>
      <w:tr w:rsidR="00B22A81" w:rsidRPr="00296F2E" w14:paraId="0429C2AE" w14:textId="77777777">
        <w:trPr>
          <w:jc w:val="center"/>
        </w:trPr>
        <w:tc>
          <w:tcPr>
            <w:tcW w:w="2520" w:type="dxa"/>
            <w:vAlign w:val="center"/>
          </w:tcPr>
          <w:p w14:paraId="5962E7E2" w14:textId="77777777" w:rsidR="00B22A81" w:rsidRPr="00296F2E" w:rsidRDefault="00756AEE">
            <w:pPr>
              <w:rPr>
                <w:rFonts w:ascii="Raleway" w:hAnsi="Raleway"/>
              </w:rPr>
            </w:pPr>
            <w:r w:rsidRPr="00296F2E">
              <w:rPr>
                <w:rFonts w:ascii="Raleway" w:hAnsi="Raleway"/>
                <w:b/>
                <w:color w:val="E97966"/>
                <w:sz w:val="16"/>
              </w:rPr>
              <w:t>Social skills</w:t>
            </w:r>
          </w:p>
        </w:tc>
        <w:tc>
          <w:tcPr>
            <w:tcW w:w="2520" w:type="dxa"/>
            <w:vAlign w:val="center"/>
          </w:tcPr>
          <w:p w14:paraId="4266C09D" w14:textId="77777777" w:rsidR="00B22A81" w:rsidRPr="00296F2E" w:rsidRDefault="00756AEE">
            <w:pPr>
              <w:rPr>
                <w:rFonts w:ascii="Raleway" w:hAnsi="Raleway"/>
              </w:rPr>
            </w:pPr>
            <w:r w:rsidRPr="00296F2E">
              <w:rPr>
                <w:rFonts w:ascii="Raleway" w:hAnsi="Raleway"/>
                <w:sz w:val="16"/>
              </w:rPr>
              <w:t>Able to work as part of a team and independently; respectful and flexible approach.</w:t>
            </w:r>
          </w:p>
        </w:tc>
        <w:tc>
          <w:tcPr>
            <w:tcW w:w="2520" w:type="dxa"/>
            <w:vAlign w:val="center"/>
          </w:tcPr>
          <w:p w14:paraId="7AF81602" w14:textId="77777777" w:rsidR="00B22A81" w:rsidRPr="00296F2E" w:rsidRDefault="00756AEE">
            <w:pPr>
              <w:rPr>
                <w:rFonts w:ascii="Raleway" w:hAnsi="Raleway"/>
              </w:rPr>
            </w:pPr>
            <w:r w:rsidRPr="00296F2E">
              <w:rPr>
                <w:rFonts w:ascii="Raleway" w:hAnsi="Raleway"/>
                <w:sz w:val="16"/>
              </w:rPr>
              <w:t>Friendly, approachable manner with members of the congregation, visitors and volunteers.</w:t>
            </w:r>
          </w:p>
        </w:tc>
        <w:tc>
          <w:tcPr>
            <w:tcW w:w="2520" w:type="dxa"/>
            <w:vAlign w:val="center"/>
          </w:tcPr>
          <w:p w14:paraId="1A7135CD" w14:textId="77777777" w:rsidR="00B22A81" w:rsidRPr="00296F2E" w:rsidRDefault="00756AEE">
            <w:pPr>
              <w:rPr>
                <w:rFonts w:ascii="Raleway" w:hAnsi="Raleway"/>
              </w:rPr>
            </w:pPr>
            <w:r w:rsidRPr="00296F2E">
              <w:rPr>
                <w:rFonts w:ascii="Raleway" w:hAnsi="Raleway"/>
                <w:sz w:val="16"/>
              </w:rPr>
              <w:t>Interview</w:t>
            </w:r>
          </w:p>
        </w:tc>
      </w:tr>
      <w:tr w:rsidR="00B22A81" w:rsidRPr="00296F2E" w14:paraId="16F550D7" w14:textId="77777777">
        <w:trPr>
          <w:jc w:val="center"/>
        </w:trPr>
        <w:tc>
          <w:tcPr>
            <w:tcW w:w="2520" w:type="dxa"/>
            <w:vAlign w:val="center"/>
          </w:tcPr>
          <w:p w14:paraId="511E5272" w14:textId="77777777" w:rsidR="00B22A81" w:rsidRPr="00296F2E" w:rsidRDefault="00756AEE">
            <w:pPr>
              <w:rPr>
                <w:rFonts w:ascii="Raleway" w:hAnsi="Raleway"/>
              </w:rPr>
            </w:pPr>
            <w:r w:rsidRPr="00296F2E">
              <w:rPr>
                <w:rFonts w:ascii="Raleway" w:hAnsi="Raleway"/>
                <w:b/>
                <w:color w:val="E97966"/>
                <w:sz w:val="16"/>
              </w:rPr>
              <w:t>Motivation</w:t>
            </w:r>
          </w:p>
        </w:tc>
        <w:tc>
          <w:tcPr>
            <w:tcW w:w="2520" w:type="dxa"/>
            <w:vAlign w:val="center"/>
          </w:tcPr>
          <w:p w14:paraId="134DB2F6" w14:textId="77777777" w:rsidR="00B22A81" w:rsidRPr="00296F2E" w:rsidRDefault="00756AEE">
            <w:pPr>
              <w:rPr>
                <w:rFonts w:ascii="Raleway" w:hAnsi="Raleway"/>
              </w:rPr>
            </w:pPr>
            <w:r w:rsidRPr="00296F2E">
              <w:rPr>
                <w:rFonts w:ascii="Raleway" w:hAnsi="Raleway"/>
                <w:sz w:val="16"/>
              </w:rPr>
              <w:t>Committed to maintaining a high standard of cleanliness and presentation across the church premises.</w:t>
            </w:r>
          </w:p>
        </w:tc>
        <w:tc>
          <w:tcPr>
            <w:tcW w:w="2520" w:type="dxa"/>
            <w:vAlign w:val="center"/>
          </w:tcPr>
          <w:p w14:paraId="26D74F26" w14:textId="77777777" w:rsidR="00B22A81" w:rsidRPr="00296F2E" w:rsidRDefault="00756AEE">
            <w:pPr>
              <w:rPr>
                <w:rFonts w:ascii="Raleway" w:hAnsi="Raleway"/>
              </w:rPr>
            </w:pPr>
            <w:r w:rsidRPr="00296F2E">
              <w:rPr>
                <w:rFonts w:ascii="Raleway" w:hAnsi="Raleway"/>
                <w:sz w:val="16"/>
              </w:rPr>
              <w:t>Interest in supporting the work of the church and local community.</w:t>
            </w:r>
          </w:p>
        </w:tc>
        <w:tc>
          <w:tcPr>
            <w:tcW w:w="2520" w:type="dxa"/>
            <w:vAlign w:val="center"/>
          </w:tcPr>
          <w:p w14:paraId="2D043F18" w14:textId="77777777" w:rsidR="00B22A81" w:rsidRPr="00296F2E" w:rsidRDefault="00756AEE">
            <w:pPr>
              <w:rPr>
                <w:rFonts w:ascii="Raleway" w:hAnsi="Raleway"/>
              </w:rPr>
            </w:pPr>
            <w:r w:rsidRPr="00296F2E">
              <w:rPr>
                <w:rFonts w:ascii="Raleway" w:hAnsi="Raleway"/>
                <w:sz w:val="16"/>
              </w:rPr>
              <w:t>Application / interview</w:t>
            </w:r>
          </w:p>
        </w:tc>
      </w:tr>
      <w:tr w:rsidR="00B22A81" w:rsidRPr="00296F2E" w14:paraId="6E5B9727" w14:textId="77777777">
        <w:trPr>
          <w:jc w:val="center"/>
        </w:trPr>
        <w:tc>
          <w:tcPr>
            <w:tcW w:w="2520" w:type="dxa"/>
            <w:vAlign w:val="center"/>
          </w:tcPr>
          <w:p w14:paraId="5C2B08C4" w14:textId="77777777" w:rsidR="00B22A81" w:rsidRPr="00296F2E" w:rsidRDefault="00756AEE">
            <w:pPr>
              <w:rPr>
                <w:rFonts w:ascii="Raleway" w:hAnsi="Raleway"/>
              </w:rPr>
            </w:pPr>
            <w:r w:rsidRPr="00296F2E">
              <w:rPr>
                <w:rFonts w:ascii="Raleway" w:hAnsi="Raleway"/>
                <w:b/>
                <w:color w:val="E97966"/>
                <w:sz w:val="16"/>
              </w:rPr>
              <w:t>Physical requirements</w:t>
            </w:r>
          </w:p>
        </w:tc>
        <w:tc>
          <w:tcPr>
            <w:tcW w:w="2520" w:type="dxa"/>
            <w:vAlign w:val="center"/>
          </w:tcPr>
          <w:p w14:paraId="79FC3E09" w14:textId="14DB51A2" w:rsidR="00B22A81" w:rsidRPr="00296F2E" w:rsidRDefault="00756AEE">
            <w:pPr>
              <w:rPr>
                <w:rFonts w:ascii="Raleway" w:hAnsi="Raleway"/>
              </w:rPr>
            </w:pPr>
            <w:r w:rsidRPr="00296F2E">
              <w:rPr>
                <w:rFonts w:ascii="Raleway" w:hAnsi="Raleway"/>
                <w:sz w:val="16"/>
              </w:rPr>
              <w:t>Reasonable level of fitness for general cleaning duties, including standing, scrubbing and lifting, and safe use of cleaning materials/equipment</w:t>
            </w:r>
            <w:r w:rsidR="00413E7D">
              <w:rPr>
                <w:rFonts w:ascii="Raleway" w:hAnsi="Raleway"/>
                <w:sz w:val="16"/>
              </w:rPr>
              <w:t>,</w:t>
            </w:r>
            <w:r w:rsidR="00E83EFF">
              <w:rPr>
                <w:rFonts w:ascii="Raleway" w:hAnsi="Raleway"/>
                <w:sz w:val="16"/>
              </w:rPr>
              <w:t xml:space="preserve"> including </w:t>
            </w:r>
            <w:r w:rsidR="00413E7D">
              <w:rPr>
                <w:rFonts w:ascii="Raleway" w:hAnsi="Raleway"/>
                <w:sz w:val="16"/>
              </w:rPr>
              <w:t>telescopic poles</w:t>
            </w:r>
            <w:r w:rsidRPr="00296F2E">
              <w:rPr>
                <w:rFonts w:ascii="Raleway" w:hAnsi="Raleway"/>
                <w:sz w:val="16"/>
              </w:rPr>
              <w:t>.</w:t>
            </w:r>
          </w:p>
        </w:tc>
        <w:tc>
          <w:tcPr>
            <w:tcW w:w="2520" w:type="dxa"/>
            <w:vAlign w:val="center"/>
          </w:tcPr>
          <w:p w14:paraId="5CE4E29E" w14:textId="77777777" w:rsidR="00B22A81" w:rsidRPr="00296F2E" w:rsidRDefault="00756AEE">
            <w:pPr>
              <w:rPr>
                <w:rFonts w:ascii="Raleway" w:hAnsi="Raleway"/>
              </w:rPr>
            </w:pPr>
            <w:r w:rsidRPr="00296F2E">
              <w:rPr>
                <w:rFonts w:ascii="Raleway" w:hAnsi="Raleway"/>
                <w:sz w:val="16"/>
              </w:rPr>
              <w:t>—</w:t>
            </w:r>
          </w:p>
        </w:tc>
        <w:tc>
          <w:tcPr>
            <w:tcW w:w="2520" w:type="dxa"/>
            <w:vAlign w:val="center"/>
          </w:tcPr>
          <w:p w14:paraId="53D6B145" w14:textId="77777777" w:rsidR="00B22A81" w:rsidRPr="00296F2E" w:rsidRDefault="00756AEE">
            <w:pPr>
              <w:rPr>
                <w:rFonts w:ascii="Raleway" w:hAnsi="Raleway"/>
              </w:rPr>
            </w:pPr>
            <w:r w:rsidRPr="00296F2E">
              <w:rPr>
                <w:rFonts w:ascii="Raleway" w:hAnsi="Raleway"/>
                <w:sz w:val="16"/>
              </w:rPr>
              <w:t>Application / interview</w:t>
            </w:r>
          </w:p>
        </w:tc>
      </w:tr>
      <w:tr w:rsidR="00B22A81" w:rsidRPr="00296F2E" w14:paraId="0620488A" w14:textId="77777777">
        <w:trPr>
          <w:jc w:val="center"/>
        </w:trPr>
        <w:tc>
          <w:tcPr>
            <w:tcW w:w="2520" w:type="dxa"/>
            <w:vAlign w:val="center"/>
          </w:tcPr>
          <w:p w14:paraId="4AC2B35F" w14:textId="77777777" w:rsidR="00B22A81" w:rsidRPr="00296F2E" w:rsidRDefault="00756AEE">
            <w:pPr>
              <w:rPr>
                <w:rFonts w:ascii="Raleway" w:hAnsi="Raleway"/>
              </w:rPr>
            </w:pPr>
            <w:r w:rsidRPr="00296F2E">
              <w:rPr>
                <w:rFonts w:ascii="Raleway" w:hAnsi="Raleway"/>
                <w:b/>
                <w:color w:val="E97966"/>
                <w:sz w:val="16"/>
              </w:rPr>
              <w:t>Values / environment</w:t>
            </w:r>
          </w:p>
        </w:tc>
        <w:tc>
          <w:tcPr>
            <w:tcW w:w="2520" w:type="dxa"/>
            <w:vAlign w:val="center"/>
          </w:tcPr>
          <w:p w14:paraId="2A681543" w14:textId="77777777" w:rsidR="00B22A81" w:rsidRPr="00296F2E" w:rsidRDefault="00756AEE">
            <w:pPr>
              <w:rPr>
                <w:rFonts w:ascii="Raleway" w:hAnsi="Raleway"/>
              </w:rPr>
            </w:pPr>
            <w:r w:rsidRPr="00296F2E">
              <w:rPr>
                <w:rFonts w:ascii="Raleway" w:hAnsi="Raleway"/>
                <w:sz w:val="16"/>
              </w:rPr>
              <w:t>Empathy with the Church and its Christian values; respectful conduct in a church environment.</w:t>
            </w:r>
          </w:p>
        </w:tc>
        <w:tc>
          <w:tcPr>
            <w:tcW w:w="2520" w:type="dxa"/>
            <w:vAlign w:val="center"/>
          </w:tcPr>
          <w:p w14:paraId="76046555" w14:textId="77777777" w:rsidR="00B22A81" w:rsidRPr="00296F2E" w:rsidRDefault="00756AEE">
            <w:pPr>
              <w:rPr>
                <w:rFonts w:ascii="Raleway" w:hAnsi="Raleway"/>
              </w:rPr>
            </w:pPr>
            <w:r w:rsidRPr="00296F2E">
              <w:rPr>
                <w:rFonts w:ascii="Raleway" w:hAnsi="Raleway"/>
                <w:sz w:val="16"/>
              </w:rPr>
              <w:t>Experience in a church/community setting.</w:t>
            </w:r>
          </w:p>
        </w:tc>
        <w:tc>
          <w:tcPr>
            <w:tcW w:w="2520" w:type="dxa"/>
            <w:vAlign w:val="center"/>
          </w:tcPr>
          <w:p w14:paraId="21B05E59" w14:textId="23AB3A2D" w:rsidR="00B22A81" w:rsidRPr="00296F2E" w:rsidRDefault="00756AEE">
            <w:pPr>
              <w:rPr>
                <w:rFonts w:ascii="Raleway" w:hAnsi="Raleway"/>
              </w:rPr>
            </w:pPr>
            <w:r w:rsidRPr="00296F2E">
              <w:rPr>
                <w:rFonts w:ascii="Raleway" w:hAnsi="Raleway"/>
                <w:sz w:val="16"/>
              </w:rPr>
              <w:t>Application / references</w:t>
            </w:r>
            <w:r w:rsidR="007C3E32" w:rsidRPr="00296F2E">
              <w:rPr>
                <w:rFonts w:ascii="Raleway" w:hAnsi="Raleway"/>
                <w:sz w:val="16"/>
              </w:rPr>
              <w:t xml:space="preserve"> </w:t>
            </w:r>
            <w:r w:rsidR="007C3E32">
              <w:rPr>
                <w:rFonts w:ascii="Raleway" w:hAnsi="Raleway"/>
                <w:sz w:val="16"/>
              </w:rPr>
              <w:t xml:space="preserve">/ </w:t>
            </w:r>
            <w:r w:rsidR="007C3E32" w:rsidRPr="00296F2E">
              <w:rPr>
                <w:rFonts w:ascii="Raleway" w:hAnsi="Raleway"/>
                <w:sz w:val="16"/>
              </w:rPr>
              <w:t>interview</w:t>
            </w:r>
          </w:p>
        </w:tc>
      </w:tr>
      <w:tr w:rsidR="00B22A81" w:rsidRPr="00296F2E" w14:paraId="0DC87AD8" w14:textId="77777777">
        <w:trPr>
          <w:jc w:val="center"/>
        </w:trPr>
        <w:tc>
          <w:tcPr>
            <w:tcW w:w="2520" w:type="dxa"/>
            <w:vAlign w:val="center"/>
          </w:tcPr>
          <w:p w14:paraId="1F8B7F32" w14:textId="77777777" w:rsidR="00B22A81" w:rsidRPr="00296F2E" w:rsidRDefault="00756AEE">
            <w:pPr>
              <w:rPr>
                <w:rFonts w:ascii="Raleway" w:hAnsi="Raleway"/>
              </w:rPr>
            </w:pPr>
            <w:r w:rsidRPr="00296F2E">
              <w:rPr>
                <w:rFonts w:ascii="Raleway" w:hAnsi="Raleway"/>
                <w:b/>
                <w:color w:val="E97966"/>
                <w:sz w:val="16"/>
              </w:rPr>
              <w:t>Reliability</w:t>
            </w:r>
          </w:p>
        </w:tc>
        <w:tc>
          <w:tcPr>
            <w:tcW w:w="2520" w:type="dxa"/>
            <w:vAlign w:val="center"/>
          </w:tcPr>
          <w:p w14:paraId="459B6952" w14:textId="77777777" w:rsidR="00B22A81" w:rsidRPr="00296F2E" w:rsidRDefault="00756AEE">
            <w:pPr>
              <w:rPr>
                <w:rFonts w:ascii="Raleway" w:hAnsi="Raleway"/>
              </w:rPr>
            </w:pPr>
            <w:r w:rsidRPr="00296F2E">
              <w:rPr>
                <w:rFonts w:ascii="Raleway" w:hAnsi="Raleway"/>
                <w:sz w:val="16"/>
              </w:rPr>
              <w:t>Good timekeeping and ability to work reliably to the agreed schedule.</w:t>
            </w:r>
          </w:p>
        </w:tc>
        <w:tc>
          <w:tcPr>
            <w:tcW w:w="2520" w:type="dxa"/>
            <w:vAlign w:val="center"/>
          </w:tcPr>
          <w:p w14:paraId="7624458E" w14:textId="77777777" w:rsidR="00B22A81" w:rsidRPr="00296F2E" w:rsidRDefault="00756AEE">
            <w:pPr>
              <w:rPr>
                <w:rFonts w:ascii="Raleway" w:hAnsi="Raleway"/>
              </w:rPr>
            </w:pPr>
            <w:r w:rsidRPr="00296F2E">
              <w:rPr>
                <w:rFonts w:ascii="Raleway" w:hAnsi="Raleway"/>
                <w:sz w:val="16"/>
              </w:rPr>
              <w:t>—</w:t>
            </w:r>
          </w:p>
        </w:tc>
        <w:tc>
          <w:tcPr>
            <w:tcW w:w="2520" w:type="dxa"/>
            <w:vAlign w:val="center"/>
          </w:tcPr>
          <w:p w14:paraId="688D3F76" w14:textId="77777777" w:rsidR="00B22A81" w:rsidRPr="00296F2E" w:rsidRDefault="00756AEE">
            <w:pPr>
              <w:rPr>
                <w:rFonts w:ascii="Raleway" w:hAnsi="Raleway"/>
              </w:rPr>
            </w:pPr>
            <w:r w:rsidRPr="00296F2E">
              <w:rPr>
                <w:rFonts w:ascii="Raleway" w:hAnsi="Raleway"/>
                <w:sz w:val="16"/>
              </w:rPr>
              <w:t>Application / references / interview</w:t>
            </w:r>
          </w:p>
        </w:tc>
      </w:tr>
    </w:tbl>
    <w:p w14:paraId="0A294690" w14:textId="77777777" w:rsidR="005402BE" w:rsidRDefault="005402BE">
      <w:pPr>
        <w:rPr>
          <w:rFonts w:ascii="Raleway" w:hAnsi="Raleway"/>
        </w:rPr>
      </w:pPr>
    </w:p>
    <w:p w14:paraId="03C8683E" w14:textId="57DB1108" w:rsidR="00B22A81" w:rsidRPr="00296F2E" w:rsidRDefault="00756AEE">
      <w:pPr>
        <w:rPr>
          <w:rFonts w:ascii="Raleway" w:hAnsi="Raleway"/>
        </w:rPr>
      </w:pPr>
      <w:r w:rsidRPr="00296F2E">
        <w:rPr>
          <w:rFonts w:ascii="Raleway" w:hAnsi="Raleway"/>
        </w:rPr>
        <w:t>We are looking for someone who is reliable, attentive to detail, able to work independently and as part of a team, and willing to follow safe cleaning practices. Previous cleaning experience would be an advantage.</w:t>
      </w:r>
    </w:p>
    <w:p w14:paraId="3A53CEEB" w14:textId="227613A8" w:rsidR="00B22A81" w:rsidRPr="00296F2E" w:rsidRDefault="00756AEE">
      <w:pPr>
        <w:rPr>
          <w:rFonts w:ascii="Raleway" w:hAnsi="Raleway"/>
        </w:rPr>
      </w:pPr>
      <w:r w:rsidRPr="00296F2E">
        <w:rPr>
          <w:rFonts w:ascii="Raleway" w:hAnsi="Raleway"/>
        </w:rPr>
        <w:t xml:space="preserve">To apply, please complete the </w:t>
      </w:r>
      <w:r w:rsidR="00285EF0">
        <w:rPr>
          <w:rFonts w:ascii="Raleway" w:hAnsi="Raleway"/>
        </w:rPr>
        <w:t xml:space="preserve">Application </w:t>
      </w:r>
      <w:r w:rsidRPr="00296F2E">
        <w:rPr>
          <w:rFonts w:ascii="Raleway" w:hAnsi="Raleway"/>
        </w:rPr>
        <w:t>Form</w:t>
      </w:r>
      <w:r w:rsidR="00285EF0">
        <w:rPr>
          <w:rFonts w:ascii="Raleway" w:hAnsi="Raleway"/>
        </w:rPr>
        <w:t xml:space="preserve"> below</w:t>
      </w:r>
      <w:r w:rsidRPr="00296F2E">
        <w:rPr>
          <w:rFonts w:ascii="Raleway" w:hAnsi="Raleway"/>
        </w:rPr>
        <w:t>. A CV may be enclosed in support, but a CV alone will not be treated as a valid application.</w:t>
      </w:r>
    </w:p>
    <w:p w14:paraId="0C4A62E1" w14:textId="0C614E7E" w:rsidR="00292088" w:rsidRDefault="00756AEE" w:rsidP="0098172C">
      <w:pPr>
        <w:rPr>
          <w:rFonts w:ascii="Raleway" w:hAnsi="Raleway"/>
        </w:rPr>
      </w:pPr>
      <w:r w:rsidRPr="00296F2E">
        <w:rPr>
          <w:rFonts w:ascii="Raleway" w:hAnsi="Raleway"/>
        </w:rPr>
        <w:t xml:space="preserve">Applications should be </w:t>
      </w:r>
      <w:r w:rsidR="009C550C">
        <w:rPr>
          <w:rFonts w:ascii="Raleway" w:hAnsi="Raleway"/>
        </w:rPr>
        <w:t>sent</w:t>
      </w:r>
      <w:r w:rsidRPr="00296F2E">
        <w:rPr>
          <w:rFonts w:ascii="Raleway" w:hAnsi="Raleway"/>
        </w:rPr>
        <w:t xml:space="preserve"> to:</w:t>
      </w:r>
      <w:r w:rsidR="006B2ED0">
        <w:rPr>
          <w:rFonts w:ascii="Raleway" w:hAnsi="Raleway"/>
        </w:rPr>
        <w:t xml:space="preserve"> </w:t>
      </w:r>
      <w:hyperlink r:id="rId9" w:history="1">
        <w:r w:rsidR="00093FDE" w:rsidRPr="00EB2F1D">
          <w:rPr>
            <w:rStyle w:val="Hyperlink"/>
            <w:rFonts w:ascii="Raleway" w:hAnsi="Raleway"/>
          </w:rPr>
          <w:t>dan@staidans.org.uk</w:t>
        </w:r>
      </w:hyperlink>
      <w:r w:rsidR="00093FDE">
        <w:rPr>
          <w:rFonts w:ascii="Raleway" w:hAnsi="Raleway"/>
        </w:rPr>
        <w:t xml:space="preserve"> </w:t>
      </w:r>
      <w:r w:rsidR="009C550C">
        <w:rPr>
          <w:rFonts w:ascii="Raleway" w:hAnsi="Raleway"/>
        </w:rPr>
        <w:t>,</w:t>
      </w:r>
      <w:r w:rsidR="004208FA">
        <w:rPr>
          <w:rFonts w:ascii="Raleway" w:hAnsi="Raleway"/>
        </w:rPr>
        <w:t xml:space="preserve"> </w:t>
      </w:r>
      <w:r w:rsidR="005402BE">
        <w:rPr>
          <w:rFonts w:ascii="Raleway" w:hAnsi="Raleway"/>
        </w:rPr>
        <w:t xml:space="preserve">in-person or </w:t>
      </w:r>
      <w:r w:rsidR="0049563B">
        <w:rPr>
          <w:rFonts w:ascii="Raleway" w:hAnsi="Raleway"/>
        </w:rPr>
        <w:t>postal applications</w:t>
      </w:r>
      <w:r w:rsidR="00292088">
        <w:rPr>
          <w:rFonts w:ascii="Raleway" w:hAnsi="Raleway"/>
        </w:rPr>
        <w:t>:</w:t>
      </w:r>
    </w:p>
    <w:p w14:paraId="6A263BDD" w14:textId="77777777" w:rsidR="007A432E" w:rsidRDefault="006B2ED0" w:rsidP="0098172C">
      <w:pPr>
        <w:rPr>
          <w:rFonts w:ascii="Raleway" w:hAnsi="Raleway"/>
        </w:rPr>
      </w:pPr>
      <w:r>
        <w:rPr>
          <w:rFonts w:ascii="Raleway" w:hAnsi="Raleway"/>
        </w:rPr>
        <w:t>FAO Daniel Broom</w:t>
      </w:r>
      <w:r w:rsidR="0049563B">
        <w:rPr>
          <w:rFonts w:ascii="Raleway" w:hAnsi="Raleway"/>
        </w:rPr>
        <w:t xml:space="preserve">, St Aidan’s Church, 139 Southcoates Ave, Hull, HU9 3HF </w:t>
      </w:r>
    </w:p>
    <w:p w14:paraId="79637450" w14:textId="34C4399D" w:rsidR="007A432E" w:rsidRPr="007A432E" w:rsidRDefault="007A432E" w:rsidP="0098172C">
      <w:pPr>
        <w:rPr>
          <w:rFonts w:ascii="Raleway" w:hAnsi="Raleway"/>
          <w:b/>
          <w:bCs/>
        </w:rPr>
      </w:pPr>
      <w:r>
        <w:rPr>
          <w:rFonts w:ascii="Raleway" w:hAnsi="Raleway"/>
        </w:rPr>
        <w:t xml:space="preserve">Closing date: </w:t>
      </w:r>
      <w:r w:rsidR="00B1618A">
        <w:rPr>
          <w:rFonts w:ascii="Raleway" w:hAnsi="Raleway"/>
          <w:b/>
          <w:bCs/>
        </w:rPr>
        <w:t>1</w:t>
      </w:r>
      <w:r w:rsidR="00F307B1">
        <w:rPr>
          <w:rFonts w:ascii="Raleway" w:hAnsi="Raleway"/>
          <w:b/>
          <w:bCs/>
        </w:rPr>
        <w:t>6</w:t>
      </w:r>
      <w:r w:rsidR="00B1618A" w:rsidRPr="00B1618A">
        <w:rPr>
          <w:rFonts w:ascii="Raleway" w:hAnsi="Raleway"/>
          <w:b/>
          <w:bCs/>
          <w:vertAlign w:val="superscript"/>
        </w:rPr>
        <w:t>th</w:t>
      </w:r>
      <w:r w:rsidR="00B1618A">
        <w:rPr>
          <w:rFonts w:ascii="Raleway" w:hAnsi="Raleway"/>
          <w:b/>
          <w:bCs/>
        </w:rPr>
        <w:t xml:space="preserve"> October 2026.</w:t>
      </w:r>
    </w:p>
    <w:p w14:paraId="26F961BB" w14:textId="77777777" w:rsidR="00B22A81" w:rsidRPr="00296F2E" w:rsidRDefault="00756AEE">
      <w:pPr>
        <w:rPr>
          <w:rFonts w:ascii="Raleway" w:hAnsi="Raleway"/>
        </w:rPr>
      </w:pPr>
      <w:r w:rsidRPr="00296F2E">
        <w:rPr>
          <w:rFonts w:ascii="Raleway" w:hAnsi="Raleway"/>
        </w:rPr>
        <w:br w:type="page"/>
      </w:r>
    </w:p>
    <w:p w14:paraId="1DDE3CBF" w14:textId="16808A21" w:rsidR="00B22A81" w:rsidRPr="00296F2E" w:rsidRDefault="00756AEE" w:rsidP="00285EF0">
      <w:pPr>
        <w:pStyle w:val="Heading1"/>
        <w:rPr>
          <w:rFonts w:ascii="Raleway" w:hAnsi="Raleway"/>
        </w:rPr>
      </w:pPr>
      <w:r w:rsidRPr="00296F2E">
        <w:rPr>
          <w:rFonts w:ascii="Raleway" w:hAnsi="Raleway"/>
        </w:rPr>
        <w:lastRenderedPageBreak/>
        <w:t>Application Form</w:t>
      </w:r>
    </w:p>
    <w:p w14:paraId="647F1D75" w14:textId="0BA8E77F" w:rsidR="00B22A81" w:rsidRPr="00B86B62" w:rsidRDefault="00B22A81" w:rsidP="00AB38DE">
      <w:pPr>
        <w:pStyle w:val="Heading2"/>
        <w:rPr>
          <w:rFonts w:ascii="Raleway" w:hAnsi="Raleway"/>
          <w:sz w:val="24"/>
          <w:szCs w:val="24"/>
        </w:rPr>
      </w:pPr>
    </w:p>
    <w:tbl>
      <w:tblPr>
        <w:tblW w:w="0" w:type="auto"/>
        <w:jc w:val="center"/>
        <w:tblLayout w:type="fixed"/>
        <w:tblLook w:val="04A0" w:firstRow="1" w:lastRow="0" w:firstColumn="1" w:lastColumn="0" w:noHBand="0" w:noVBand="1"/>
      </w:tblPr>
      <w:tblGrid>
        <w:gridCol w:w="5040"/>
        <w:gridCol w:w="5040"/>
      </w:tblGrid>
      <w:tr w:rsidR="00B22A81" w:rsidRPr="00296F2E" w14:paraId="11E4A0E0" w14:textId="77777777">
        <w:trPr>
          <w:jc w:val="center"/>
        </w:trPr>
        <w:tc>
          <w:tcPr>
            <w:tcW w:w="5040" w:type="dxa"/>
            <w:shd w:val="clear" w:color="auto" w:fill="F3F4F5"/>
            <w:vAlign w:val="center"/>
          </w:tcPr>
          <w:p w14:paraId="7B99F3BB" w14:textId="77777777" w:rsidR="00B22A81" w:rsidRPr="00296F2E" w:rsidRDefault="00756AEE">
            <w:pPr>
              <w:rPr>
                <w:rFonts w:ascii="Raleway" w:hAnsi="Raleway"/>
              </w:rPr>
            </w:pPr>
            <w:r w:rsidRPr="00296F2E">
              <w:rPr>
                <w:rFonts w:ascii="Raleway" w:hAnsi="Raleway"/>
                <w:b/>
                <w:sz w:val="18"/>
              </w:rPr>
              <w:t>Position applied for</w:t>
            </w:r>
          </w:p>
        </w:tc>
        <w:tc>
          <w:tcPr>
            <w:tcW w:w="5040" w:type="dxa"/>
            <w:vAlign w:val="center"/>
          </w:tcPr>
          <w:p w14:paraId="5C285228" w14:textId="77777777" w:rsidR="00B22A81" w:rsidRPr="00296F2E" w:rsidRDefault="00756AEE">
            <w:pPr>
              <w:rPr>
                <w:rFonts w:ascii="Raleway" w:hAnsi="Raleway"/>
              </w:rPr>
            </w:pPr>
            <w:r w:rsidRPr="00296F2E">
              <w:rPr>
                <w:rFonts w:ascii="Raleway" w:hAnsi="Raleway"/>
                <w:sz w:val="18"/>
              </w:rPr>
              <w:t>Cleaner</w:t>
            </w:r>
          </w:p>
        </w:tc>
      </w:tr>
      <w:tr w:rsidR="00B22A81" w:rsidRPr="00296F2E" w14:paraId="54D55B66" w14:textId="77777777">
        <w:trPr>
          <w:jc w:val="center"/>
        </w:trPr>
        <w:tc>
          <w:tcPr>
            <w:tcW w:w="5040" w:type="dxa"/>
            <w:shd w:val="clear" w:color="auto" w:fill="F3F4F5"/>
            <w:vAlign w:val="center"/>
          </w:tcPr>
          <w:p w14:paraId="0AFC6AC6" w14:textId="77777777" w:rsidR="00B22A81" w:rsidRPr="00296F2E" w:rsidRDefault="00756AEE">
            <w:pPr>
              <w:rPr>
                <w:rFonts w:ascii="Raleway" w:hAnsi="Raleway"/>
              </w:rPr>
            </w:pPr>
            <w:r w:rsidRPr="00296F2E">
              <w:rPr>
                <w:rFonts w:ascii="Raleway" w:hAnsi="Raleway"/>
                <w:b/>
                <w:sz w:val="18"/>
              </w:rPr>
              <w:t>Please state where you saw the advertisement</w:t>
            </w:r>
          </w:p>
        </w:tc>
        <w:tc>
          <w:tcPr>
            <w:tcW w:w="5040" w:type="dxa"/>
            <w:vAlign w:val="center"/>
          </w:tcPr>
          <w:p w14:paraId="1098E6A7" w14:textId="68976B6A" w:rsidR="00B22A81" w:rsidRPr="00296F2E" w:rsidRDefault="00B22A81">
            <w:pPr>
              <w:rPr>
                <w:rFonts w:ascii="Raleway" w:hAnsi="Raleway"/>
              </w:rPr>
            </w:pPr>
          </w:p>
        </w:tc>
      </w:tr>
      <w:tr w:rsidR="00B22A81" w:rsidRPr="00296F2E" w14:paraId="20D01070" w14:textId="77777777" w:rsidTr="00513AB7">
        <w:trPr>
          <w:trHeight w:val="643"/>
          <w:jc w:val="center"/>
        </w:trPr>
        <w:tc>
          <w:tcPr>
            <w:tcW w:w="5040" w:type="dxa"/>
            <w:shd w:val="clear" w:color="auto" w:fill="F3F4F5"/>
            <w:vAlign w:val="center"/>
          </w:tcPr>
          <w:p w14:paraId="182043E1" w14:textId="416404E0" w:rsidR="00B22A81" w:rsidRPr="00296F2E" w:rsidRDefault="00513AB7">
            <w:pPr>
              <w:rPr>
                <w:rFonts w:ascii="Raleway" w:hAnsi="Raleway"/>
              </w:rPr>
            </w:pPr>
            <w:r>
              <w:rPr>
                <w:rFonts w:ascii="Raleway" w:hAnsi="Raleway"/>
                <w:b/>
                <w:sz w:val="18"/>
              </w:rPr>
              <w:t>Full name</w:t>
            </w:r>
            <w:r w:rsidR="00756AEE" w:rsidRPr="00296F2E">
              <w:rPr>
                <w:rFonts w:ascii="Raleway" w:hAnsi="Raleway"/>
                <w:b/>
                <w:sz w:val="18"/>
              </w:rPr>
              <w:t xml:space="preserve"> (BLOCK CAPITALS)</w:t>
            </w:r>
          </w:p>
        </w:tc>
        <w:tc>
          <w:tcPr>
            <w:tcW w:w="5040" w:type="dxa"/>
            <w:vAlign w:val="center"/>
          </w:tcPr>
          <w:p w14:paraId="28D8D0D4" w14:textId="77777777" w:rsidR="00B22A81" w:rsidRPr="00296F2E" w:rsidRDefault="00B22A81">
            <w:pPr>
              <w:rPr>
                <w:rFonts w:ascii="Raleway" w:hAnsi="Raleway"/>
              </w:rPr>
            </w:pPr>
          </w:p>
        </w:tc>
      </w:tr>
      <w:tr w:rsidR="00B22A81" w:rsidRPr="00296F2E" w14:paraId="5BA9F497" w14:textId="77777777">
        <w:trPr>
          <w:jc w:val="center"/>
        </w:trPr>
        <w:tc>
          <w:tcPr>
            <w:tcW w:w="5040" w:type="dxa"/>
            <w:shd w:val="clear" w:color="auto" w:fill="F3F4F5"/>
            <w:vAlign w:val="center"/>
          </w:tcPr>
          <w:p w14:paraId="3F1D5B97" w14:textId="3488BFF4" w:rsidR="00B22A81" w:rsidRPr="00296F2E" w:rsidRDefault="00513AB7">
            <w:pPr>
              <w:rPr>
                <w:rFonts w:ascii="Raleway" w:hAnsi="Raleway"/>
              </w:rPr>
            </w:pPr>
            <w:r>
              <w:rPr>
                <w:rFonts w:ascii="Raleway" w:hAnsi="Raleway"/>
                <w:b/>
                <w:sz w:val="18"/>
              </w:rPr>
              <w:t xml:space="preserve">Postal </w:t>
            </w:r>
            <w:r w:rsidR="00756AEE" w:rsidRPr="00296F2E">
              <w:rPr>
                <w:rFonts w:ascii="Raleway" w:hAnsi="Raleway"/>
                <w:b/>
                <w:sz w:val="18"/>
              </w:rPr>
              <w:t>Address</w:t>
            </w:r>
          </w:p>
        </w:tc>
        <w:tc>
          <w:tcPr>
            <w:tcW w:w="5040" w:type="dxa"/>
            <w:vAlign w:val="center"/>
          </w:tcPr>
          <w:p w14:paraId="644F923C" w14:textId="77777777" w:rsidR="00B22A81" w:rsidRPr="00296F2E" w:rsidRDefault="00B22A81">
            <w:pPr>
              <w:rPr>
                <w:rFonts w:ascii="Raleway" w:hAnsi="Raleway"/>
              </w:rPr>
            </w:pPr>
          </w:p>
        </w:tc>
      </w:tr>
      <w:tr w:rsidR="00B22A81" w:rsidRPr="00296F2E" w14:paraId="388A3F16" w14:textId="77777777">
        <w:trPr>
          <w:jc w:val="center"/>
        </w:trPr>
        <w:tc>
          <w:tcPr>
            <w:tcW w:w="5040" w:type="dxa"/>
            <w:shd w:val="clear" w:color="auto" w:fill="F3F4F5"/>
            <w:vAlign w:val="center"/>
          </w:tcPr>
          <w:p w14:paraId="22193B2B" w14:textId="306778F7" w:rsidR="00B22A81" w:rsidRPr="00296F2E" w:rsidRDefault="00513AB7">
            <w:pPr>
              <w:rPr>
                <w:rFonts w:ascii="Raleway" w:hAnsi="Raleway"/>
              </w:rPr>
            </w:pPr>
            <w:r>
              <w:rPr>
                <w:rFonts w:ascii="Raleway" w:hAnsi="Raleway"/>
                <w:b/>
                <w:sz w:val="18"/>
              </w:rPr>
              <w:t>Telephone</w:t>
            </w:r>
            <w:r w:rsidR="00756AEE" w:rsidRPr="00296F2E">
              <w:rPr>
                <w:rFonts w:ascii="Raleway" w:hAnsi="Raleway"/>
                <w:b/>
                <w:sz w:val="18"/>
              </w:rPr>
              <w:t xml:space="preserve"> Number</w:t>
            </w:r>
          </w:p>
        </w:tc>
        <w:tc>
          <w:tcPr>
            <w:tcW w:w="5040" w:type="dxa"/>
            <w:vAlign w:val="center"/>
          </w:tcPr>
          <w:p w14:paraId="3CFFB331" w14:textId="77777777" w:rsidR="00B22A81" w:rsidRPr="00296F2E" w:rsidRDefault="00B22A81">
            <w:pPr>
              <w:rPr>
                <w:rFonts w:ascii="Raleway" w:hAnsi="Raleway"/>
              </w:rPr>
            </w:pPr>
          </w:p>
        </w:tc>
      </w:tr>
      <w:tr w:rsidR="00B22A81" w:rsidRPr="00296F2E" w14:paraId="75845D8B" w14:textId="77777777">
        <w:trPr>
          <w:jc w:val="center"/>
        </w:trPr>
        <w:tc>
          <w:tcPr>
            <w:tcW w:w="5040" w:type="dxa"/>
            <w:shd w:val="clear" w:color="auto" w:fill="F3F4F5"/>
            <w:vAlign w:val="center"/>
          </w:tcPr>
          <w:p w14:paraId="667EE252" w14:textId="77777777" w:rsidR="00B22A81" w:rsidRPr="00296F2E" w:rsidRDefault="00756AEE">
            <w:pPr>
              <w:rPr>
                <w:rFonts w:ascii="Raleway" w:hAnsi="Raleway"/>
              </w:rPr>
            </w:pPr>
            <w:r w:rsidRPr="00296F2E">
              <w:rPr>
                <w:rFonts w:ascii="Raleway" w:hAnsi="Raleway"/>
                <w:b/>
                <w:sz w:val="18"/>
              </w:rPr>
              <w:t>Email address</w:t>
            </w:r>
          </w:p>
        </w:tc>
        <w:tc>
          <w:tcPr>
            <w:tcW w:w="5040" w:type="dxa"/>
            <w:vAlign w:val="center"/>
          </w:tcPr>
          <w:p w14:paraId="2CBD4ECA" w14:textId="77777777" w:rsidR="00B22A81" w:rsidRPr="00296F2E" w:rsidRDefault="00B22A81">
            <w:pPr>
              <w:rPr>
                <w:rFonts w:ascii="Raleway" w:hAnsi="Raleway"/>
              </w:rPr>
            </w:pPr>
          </w:p>
        </w:tc>
      </w:tr>
    </w:tbl>
    <w:p w14:paraId="768978BA" w14:textId="77777777" w:rsidR="00AB38DE" w:rsidRDefault="00AB38DE" w:rsidP="00B64231">
      <w:pPr>
        <w:rPr>
          <w:rFonts w:ascii="Raleway" w:hAnsi="Raleway"/>
          <w:lang w:val="en-GB"/>
        </w:rPr>
      </w:pPr>
    </w:p>
    <w:p w14:paraId="5AC20687" w14:textId="04D4E608" w:rsidR="00B64231" w:rsidRPr="00B64231" w:rsidRDefault="00B64231" w:rsidP="00B64231">
      <w:pPr>
        <w:rPr>
          <w:rFonts w:ascii="Raleway" w:hAnsi="Raleway"/>
          <w:lang w:val="en-GB"/>
        </w:rPr>
      </w:pPr>
      <w:r w:rsidRPr="00B64231">
        <w:rPr>
          <w:rFonts w:ascii="Raleway" w:hAnsi="Raleway"/>
          <w:lang w:val="en-GB"/>
        </w:rPr>
        <w:t>St Aidan’s Church is committed to promoting equality, dignity and respect for all people. We welcome applications from people of all backgrounds and seek to ensure that our recruitment and employment practices are fair, inclusive and free from unlawful discrimination.</w:t>
      </w:r>
    </w:p>
    <w:p w14:paraId="60814787" w14:textId="77777777" w:rsidR="00B64231" w:rsidRPr="00B64231" w:rsidRDefault="00B64231" w:rsidP="00B64231">
      <w:pPr>
        <w:rPr>
          <w:rFonts w:ascii="Raleway" w:hAnsi="Raleway"/>
          <w:lang w:val="en-GB"/>
        </w:rPr>
      </w:pPr>
      <w:r w:rsidRPr="00B64231">
        <w:rPr>
          <w:rFonts w:ascii="Raleway" w:hAnsi="Raleway"/>
          <w:lang w:val="en-GB"/>
        </w:rPr>
        <w:t>All employees are expected to support this commitment and to treat colleagues, church members, visitors and members of the wider community with dignity, respect and fairness.</w:t>
      </w:r>
    </w:p>
    <w:tbl>
      <w:tblPr>
        <w:tblW w:w="0" w:type="auto"/>
        <w:jc w:val="center"/>
        <w:tblLayout w:type="fixed"/>
        <w:tblLook w:val="04A0" w:firstRow="1" w:lastRow="0" w:firstColumn="1" w:lastColumn="0" w:noHBand="0" w:noVBand="1"/>
      </w:tblPr>
      <w:tblGrid>
        <w:gridCol w:w="5040"/>
        <w:gridCol w:w="5040"/>
      </w:tblGrid>
      <w:tr w:rsidR="00B22A81" w:rsidRPr="00296F2E" w14:paraId="2B74CAA3" w14:textId="77777777">
        <w:trPr>
          <w:jc w:val="center"/>
        </w:trPr>
        <w:tc>
          <w:tcPr>
            <w:tcW w:w="5040" w:type="dxa"/>
            <w:shd w:val="clear" w:color="auto" w:fill="F3F4F5"/>
            <w:vAlign w:val="center"/>
          </w:tcPr>
          <w:p w14:paraId="5525CD74" w14:textId="77777777" w:rsidR="00B22A81" w:rsidRPr="00296F2E" w:rsidRDefault="00756AEE">
            <w:pPr>
              <w:rPr>
                <w:rFonts w:ascii="Raleway" w:hAnsi="Raleway"/>
              </w:rPr>
            </w:pPr>
            <w:r w:rsidRPr="00296F2E">
              <w:rPr>
                <w:rFonts w:ascii="Raleway" w:hAnsi="Raleway"/>
                <w:b/>
                <w:sz w:val="18"/>
              </w:rPr>
              <w:t>Please confirm that you are able to comply with this</w:t>
            </w:r>
          </w:p>
        </w:tc>
        <w:tc>
          <w:tcPr>
            <w:tcW w:w="5040" w:type="dxa"/>
            <w:vAlign w:val="center"/>
          </w:tcPr>
          <w:p w14:paraId="2647CC49" w14:textId="77777777" w:rsidR="00B22A81" w:rsidRPr="00296F2E" w:rsidRDefault="00756AEE">
            <w:pPr>
              <w:rPr>
                <w:rFonts w:ascii="Raleway" w:hAnsi="Raleway"/>
              </w:rPr>
            </w:pPr>
            <w:r w:rsidRPr="00296F2E">
              <w:rPr>
                <w:rFonts w:ascii="Raleway" w:hAnsi="Raleway"/>
                <w:sz w:val="18"/>
              </w:rPr>
              <w:t>YES / NO</w:t>
            </w:r>
          </w:p>
        </w:tc>
      </w:tr>
    </w:tbl>
    <w:p w14:paraId="1DBF457B" w14:textId="77777777" w:rsidR="00AB38DE" w:rsidRDefault="00AB38DE">
      <w:pPr>
        <w:rPr>
          <w:rFonts w:ascii="Raleway" w:hAnsi="Raleway"/>
        </w:rPr>
      </w:pPr>
    </w:p>
    <w:p w14:paraId="2EC44733" w14:textId="77659954" w:rsidR="008360DA" w:rsidRPr="00B86B62" w:rsidRDefault="008360DA" w:rsidP="008360DA">
      <w:pPr>
        <w:pStyle w:val="Heading2"/>
        <w:rPr>
          <w:rFonts w:ascii="Raleway" w:hAnsi="Raleway"/>
          <w:sz w:val="24"/>
          <w:szCs w:val="24"/>
        </w:rPr>
      </w:pPr>
      <w:r w:rsidRPr="00B86B62">
        <w:rPr>
          <w:rFonts w:ascii="Raleway" w:hAnsi="Raleway"/>
          <w:sz w:val="24"/>
          <w:szCs w:val="24"/>
        </w:rPr>
        <w:t xml:space="preserve">Current or Most Recent </w:t>
      </w:r>
      <w:r w:rsidR="00756AEE" w:rsidRPr="00B86B62">
        <w:rPr>
          <w:rFonts w:ascii="Raleway" w:hAnsi="Raleway"/>
          <w:sz w:val="24"/>
          <w:szCs w:val="24"/>
        </w:rPr>
        <w:t>Employment</w:t>
      </w:r>
      <w:r w:rsidR="00D07B5E" w:rsidRPr="00B86B62">
        <w:rPr>
          <w:rFonts w:ascii="Raleway" w:hAnsi="Raleway"/>
          <w:sz w:val="24"/>
          <w:szCs w:val="24"/>
        </w:rPr>
        <w:t xml:space="preserve"> and</w:t>
      </w:r>
      <w:r w:rsidR="00CA644B" w:rsidRPr="00B86B62">
        <w:rPr>
          <w:rFonts w:ascii="Raleway" w:hAnsi="Raleway"/>
          <w:sz w:val="24"/>
          <w:szCs w:val="24"/>
        </w:rPr>
        <w:t>/or</w:t>
      </w:r>
      <w:r w:rsidR="00D07B5E" w:rsidRPr="00B86B62">
        <w:rPr>
          <w:rFonts w:ascii="Raleway" w:hAnsi="Raleway"/>
          <w:sz w:val="24"/>
          <w:szCs w:val="24"/>
        </w:rPr>
        <w:t xml:space="preserve"> Volunteering</w:t>
      </w:r>
      <w:r w:rsidR="00756AEE" w:rsidRPr="00B86B62">
        <w:rPr>
          <w:rFonts w:ascii="Raleway" w:hAnsi="Raleway"/>
          <w:sz w:val="24"/>
          <w:szCs w:val="24"/>
        </w:rPr>
        <w:t xml:space="preserve"> History</w:t>
      </w:r>
    </w:p>
    <w:p w14:paraId="238BBA27" w14:textId="1AC6D529" w:rsidR="00B22A81" w:rsidRPr="00296F2E" w:rsidRDefault="00756AEE">
      <w:pPr>
        <w:rPr>
          <w:rFonts w:ascii="Raleway" w:hAnsi="Raleway"/>
        </w:rPr>
      </w:pPr>
      <w:r w:rsidRPr="00296F2E">
        <w:rPr>
          <w:rFonts w:ascii="Raleway" w:hAnsi="Raleway"/>
          <w:b/>
        </w:rPr>
        <w:t>Name and address of employer</w:t>
      </w:r>
      <w:r w:rsidR="001670E2">
        <w:rPr>
          <w:rFonts w:ascii="Raleway" w:hAnsi="Raleway"/>
          <w:b/>
        </w:rPr>
        <w:t xml:space="preserve"> / organisation where you volunteer</w:t>
      </w:r>
    </w:p>
    <w:p w14:paraId="427123B7" w14:textId="77777777" w:rsidR="00B22A81" w:rsidRPr="00296F2E" w:rsidRDefault="00756AEE">
      <w:pPr>
        <w:spacing w:after="60"/>
        <w:rPr>
          <w:rFonts w:ascii="Raleway" w:hAnsi="Raleway"/>
        </w:rPr>
      </w:pPr>
      <w:r w:rsidRPr="00296F2E">
        <w:rPr>
          <w:rFonts w:ascii="Raleway" w:hAnsi="Raleway"/>
        </w:rPr>
        <w:t>________________________________________________________________________________</w:t>
      </w:r>
    </w:p>
    <w:p w14:paraId="0973EA24" w14:textId="77777777" w:rsidR="00B22A81" w:rsidRPr="00296F2E" w:rsidRDefault="00756AEE">
      <w:pPr>
        <w:rPr>
          <w:rFonts w:ascii="Raleway" w:hAnsi="Raleway"/>
        </w:rPr>
      </w:pPr>
      <w:r w:rsidRPr="00296F2E">
        <w:rPr>
          <w:rFonts w:ascii="Raleway" w:hAnsi="Raleway"/>
          <w:b/>
        </w:rPr>
        <w:t>Position held, and dates</w:t>
      </w:r>
    </w:p>
    <w:p w14:paraId="3EEA2592" w14:textId="77777777" w:rsidR="00B22A81" w:rsidRPr="00296F2E" w:rsidRDefault="00756AEE">
      <w:pPr>
        <w:spacing w:after="60"/>
        <w:rPr>
          <w:rFonts w:ascii="Raleway" w:hAnsi="Raleway"/>
        </w:rPr>
      </w:pPr>
      <w:r w:rsidRPr="00296F2E">
        <w:rPr>
          <w:rFonts w:ascii="Raleway" w:hAnsi="Raleway"/>
        </w:rPr>
        <w:t>________________________________________________________________________________</w:t>
      </w:r>
    </w:p>
    <w:p w14:paraId="37B0183F" w14:textId="77777777" w:rsidR="00B22A81" w:rsidRPr="00296F2E" w:rsidRDefault="00756AEE">
      <w:pPr>
        <w:rPr>
          <w:rFonts w:ascii="Raleway" w:hAnsi="Raleway"/>
        </w:rPr>
      </w:pPr>
      <w:r w:rsidRPr="00296F2E">
        <w:rPr>
          <w:rFonts w:ascii="Raleway" w:hAnsi="Raleway"/>
          <w:b/>
        </w:rPr>
        <w:t>Brief description of duties</w:t>
      </w:r>
    </w:p>
    <w:p w14:paraId="799F0A4A" w14:textId="77777777" w:rsidR="00B22A81" w:rsidRPr="00296F2E" w:rsidRDefault="00756AEE">
      <w:pPr>
        <w:spacing w:after="60"/>
        <w:rPr>
          <w:rFonts w:ascii="Raleway" w:hAnsi="Raleway"/>
        </w:rPr>
      </w:pPr>
      <w:r w:rsidRPr="00296F2E">
        <w:rPr>
          <w:rFonts w:ascii="Raleway" w:hAnsi="Raleway"/>
        </w:rPr>
        <w:t>________________________________________________________________________________</w:t>
      </w:r>
    </w:p>
    <w:p w14:paraId="655ABE2E" w14:textId="686B62DF" w:rsidR="00B22A81" w:rsidRPr="00296F2E" w:rsidRDefault="00B86B62">
      <w:pPr>
        <w:rPr>
          <w:rFonts w:ascii="Raleway" w:hAnsi="Raleway"/>
        </w:rPr>
      </w:pPr>
      <w:r>
        <w:rPr>
          <w:rFonts w:ascii="Raleway" w:hAnsi="Raleway"/>
          <w:b/>
        </w:rPr>
        <w:t>Employed</w:t>
      </w:r>
      <w:r w:rsidR="00CA644B">
        <w:rPr>
          <w:rFonts w:ascii="Raleway" w:hAnsi="Raleway"/>
          <w:b/>
        </w:rPr>
        <w:t xml:space="preserve"> / Voluntary</w:t>
      </w:r>
    </w:p>
    <w:p w14:paraId="653EC9F1" w14:textId="77777777" w:rsidR="00B22A81" w:rsidRPr="00296F2E" w:rsidRDefault="00756AEE">
      <w:pPr>
        <w:spacing w:after="60"/>
        <w:rPr>
          <w:rFonts w:ascii="Raleway" w:hAnsi="Raleway"/>
        </w:rPr>
      </w:pPr>
      <w:r w:rsidRPr="00296F2E">
        <w:rPr>
          <w:rFonts w:ascii="Raleway" w:hAnsi="Raleway"/>
        </w:rPr>
        <w:t>________________________________________________________________________________</w:t>
      </w:r>
    </w:p>
    <w:p w14:paraId="34D61D96" w14:textId="77777777" w:rsidR="00B22A81" w:rsidRPr="00296F2E" w:rsidRDefault="00756AEE">
      <w:pPr>
        <w:rPr>
          <w:rFonts w:ascii="Raleway" w:hAnsi="Raleway"/>
        </w:rPr>
      </w:pPr>
      <w:r w:rsidRPr="00296F2E">
        <w:rPr>
          <w:rFonts w:ascii="Raleway" w:hAnsi="Raleway"/>
          <w:b/>
        </w:rPr>
        <w:t>Reason for leaving</w:t>
      </w:r>
    </w:p>
    <w:p w14:paraId="482FF289" w14:textId="487759A8" w:rsidR="00B22A81" w:rsidRDefault="00756AEE" w:rsidP="008360DA">
      <w:pPr>
        <w:spacing w:after="60"/>
        <w:rPr>
          <w:rFonts w:ascii="Raleway" w:hAnsi="Raleway"/>
        </w:rPr>
      </w:pPr>
      <w:r w:rsidRPr="00296F2E">
        <w:rPr>
          <w:rFonts w:ascii="Raleway" w:hAnsi="Raleway"/>
        </w:rPr>
        <w:t>_______________________________________________________________________________</w:t>
      </w:r>
    </w:p>
    <w:p w14:paraId="0699E832" w14:textId="77777777" w:rsidR="008360DA" w:rsidRDefault="008360DA" w:rsidP="008360DA">
      <w:pPr>
        <w:spacing w:after="60"/>
        <w:rPr>
          <w:rFonts w:ascii="Raleway" w:hAnsi="Raleway"/>
        </w:rPr>
      </w:pPr>
    </w:p>
    <w:p w14:paraId="28FCBADE" w14:textId="77777777" w:rsidR="00B86B62" w:rsidRPr="00296F2E" w:rsidRDefault="00B86B62" w:rsidP="00B86B62">
      <w:pPr>
        <w:rPr>
          <w:rFonts w:ascii="Raleway" w:hAnsi="Raleway"/>
        </w:rPr>
      </w:pPr>
      <w:r w:rsidRPr="00296F2E">
        <w:rPr>
          <w:rFonts w:ascii="Raleway" w:hAnsi="Raleway"/>
        </w:rPr>
        <w:t>An appointment will be subject to a</w:t>
      </w:r>
      <w:r>
        <w:rPr>
          <w:rFonts w:ascii="Raleway" w:hAnsi="Raleway"/>
        </w:rPr>
        <w:t xml:space="preserve"> Basic </w:t>
      </w:r>
      <w:r w:rsidRPr="00296F2E">
        <w:rPr>
          <w:rFonts w:ascii="Raleway" w:hAnsi="Raleway"/>
        </w:rPr>
        <w:t>DBS check.</w:t>
      </w:r>
    </w:p>
    <w:p w14:paraId="0299A03B" w14:textId="77777777" w:rsidR="00B86B62" w:rsidRPr="00296F2E" w:rsidRDefault="00B86B62" w:rsidP="00B86B62">
      <w:pPr>
        <w:rPr>
          <w:rFonts w:ascii="Raleway" w:hAnsi="Raleway"/>
        </w:rPr>
      </w:pPr>
      <w:r w:rsidRPr="00296F2E">
        <w:rPr>
          <w:rFonts w:ascii="Raleway" w:hAnsi="Raleway"/>
        </w:rPr>
        <w:t>Applications from ex-offenders are welcomed and will be considered on their merit.</w:t>
      </w:r>
    </w:p>
    <w:p w14:paraId="224AC1E2" w14:textId="77777777" w:rsidR="00B86B62" w:rsidRPr="00296F2E" w:rsidRDefault="00B86B62" w:rsidP="008360DA">
      <w:pPr>
        <w:spacing w:after="60"/>
        <w:rPr>
          <w:rFonts w:ascii="Raleway" w:hAnsi="Raleway"/>
        </w:rPr>
      </w:pPr>
    </w:p>
    <w:p w14:paraId="7CE680FA" w14:textId="77777777" w:rsidR="009A23EC" w:rsidRDefault="0052223A" w:rsidP="0052223A">
      <w:pPr>
        <w:rPr>
          <w:rFonts w:ascii="Raleway" w:eastAsiaTheme="majorEastAsia" w:hAnsi="Raleway" w:cstheme="majorBidi"/>
          <w:b/>
          <w:bCs/>
          <w:color w:val="E97966"/>
          <w:sz w:val="24"/>
          <w:szCs w:val="24"/>
          <w:lang w:val="en-GB"/>
        </w:rPr>
      </w:pPr>
      <w:r w:rsidRPr="00B86B62">
        <w:rPr>
          <w:rFonts w:ascii="Raleway" w:eastAsiaTheme="majorEastAsia" w:hAnsi="Raleway" w:cstheme="majorBidi"/>
          <w:b/>
          <w:bCs/>
          <w:color w:val="E97966"/>
          <w:sz w:val="24"/>
          <w:szCs w:val="24"/>
          <w:lang w:val="en-GB"/>
        </w:rPr>
        <w:lastRenderedPageBreak/>
        <w:t>Skills and experience</w:t>
      </w:r>
      <w:r w:rsidR="009A23EC">
        <w:rPr>
          <w:rFonts w:ascii="Raleway" w:eastAsiaTheme="majorEastAsia" w:hAnsi="Raleway" w:cstheme="majorBidi"/>
          <w:b/>
          <w:bCs/>
          <w:color w:val="E97966"/>
          <w:sz w:val="24"/>
          <w:szCs w:val="24"/>
          <w:lang w:val="en-GB"/>
        </w:rPr>
        <w:t xml:space="preserve"> </w:t>
      </w:r>
    </w:p>
    <w:p w14:paraId="439EFDA6" w14:textId="5DD7CD67" w:rsidR="0052223A" w:rsidRPr="009A23EC" w:rsidRDefault="0052223A" w:rsidP="0052223A">
      <w:pPr>
        <w:rPr>
          <w:rFonts w:ascii="Raleway" w:eastAsiaTheme="majorEastAsia" w:hAnsi="Raleway" w:cstheme="majorBidi"/>
          <w:b/>
          <w:bCs/>
          <w:color w:val="E97966"/>
          <w:sz w:val="24"/>
          <w:szCs w:val="24"/>
          <w:lang w:val="en-GB"/>
        </w:rPr>
      </w:pPr>
      <w:r w:rsidRPr="00B1618A">
        <w:rPr>
          <w:rFonts w:ascii="Raleway" w:eastAsiaTheme="majorEastAsia" w:hAnsi="Raleway" w:cstheme="majorBidi"/>
          <w:i/>
          <w:iCs/>
          <w:color w:val="auto"/>
          <w:szCs w:val="20"/>
          <w:lang w:val="en-GB"/>
        </w:rPr>
        <w:t>The questions below are intended to give you an opportunity to provide evidence against the requirements of the role</w:t>
      </w:r>
      <w:r w:rsidR="00D02EC6">
        <w:rPr>
          <w:rFonts w:ascii="Raleway" w:eastAsiaTheme="majorEastAsia" w:hAnsi="Raleway" w:cstheme="majorBidi"/>
          <w:i/>
          <w:iCs/>
          <w:color w:val="auto"/>
          <w:szCs w:val="20"/>
          <w:lang w:val="en-GB"/>
        </w:rPr>
        <w:t xml:space="preserve"> outlined in the Person </w:t>
      </w:r>
      <w:r w:rsidR="006E30EC">
        <w:rPr>
          <w:rFonts w:ascii="Raleway" w:eastAsiaTheme="majorEastAsia" w:hAnsi="Raleway" w:cstheme="majorBidi"/>
          <w:i/>
          <w:iCs/>
          <w:color w:val="auto"/>
          <w:szCs w:val="20"/>
          <w:lang w:val="en-GB"/>
        </w:rPr>
        <w:t>Specification</w:t>
      </w:r>
      <w:r w:rsidR="00841BA3">
        <w:rPr>
          <w:rFonts w:ascii="Raleway" w:eastAsiaTheme="majorEastAsia" w:hAnsi="Raleway" w:cstheme="majorBidi"/>
          <w:i/>
          <w:iCs/>
          <w:color w:val="auto"/>
          <w:szCs w:val="20"/>
          <w:lang w:val="en-GB"/>
        </w:rPr>
        <w:t xml:space="preserve"> above</w:t>
      </w:r>
      <w:r w:rsidRPr="00B1618A">
        <w:rPr>
          <w:rFonts w:ascii="Raleway" w:eastAsiaTheme="majorEastAsia" w:hAnsi="Raleway" w:cstheme="majorBidi"/>
          <w:i/>
          <w:iCs/>
          <w:color w:val="auto"/>
          <w:szCs w:val="20"/>
          <w:lang w:val="en-GB"/>
        </w:rPr>
        <w:t>. Please give specific examples where possible.</w:t>
      </w:r>
    </w:p>
    <w:p w14:paraId="2C61B615" w14:textId="778AEC61" w:rsidR="009A23EC" w:rsidRPr="009A23EC" w:rsidRDefault="009A23EC" w:rsidP="0052223A">
      <w:pPr>
        <w:rPr>
          <w:rFonts w:ascii="Raleway" w:eastAsiaTheme="majorEastAsia" w:hAnsi="Raleway" w:cstheme="majorBidi"/>
          <w:color w:val="auto"/>
          <w:szCs w:val="20"/>
        </w:rPr>
      </w:pPr>
      <w:r w:rsidRPr="009A23EC">
        <w:rPr>
          <w:rFonts w:ascii="Raleway" w:eastAsiaTheme="majorEastAsia" w:hAnsi="Raleway" w:cstheme="majorBidi"/>
          <w:color w:val="auto"/>
          <w:szCs w:val="20"/>
        </w:rPr>
        <w:t>Please describe your relevant experience, including the types of premises or areas you have worked in and the tasks you have undertaken.</w:t>
      </w:r>
    </w:p>
    <w:p w14:paraId="1936730D" w14:textId="77777777" w:rsidR="009A23EC" w:rsidRPr="00B86B62" w:rsidRDefault="009A23EC" w:rsidP="009A23EC">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58E87A76" w14:textId="77777777" w:rsidR="009A23EC" w:rsidRPr="00B86B62" w:rsidRDefault="009A23EC" w:rsidP="009A23EC">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69AED84E" w14:textId="77777777" w:rsidR="009A23EC" w:rsidRPr="00B86B62" w:rsidRDefault="009A23EC" w:rsidP="009A23EC">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46828BB5" w14:textId="7099F3C1" w:rsidR="009A23EC" w:rsidRDefault="009A23EC" w:rsidP="0052223A">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0DAE471D" w14:textId="554AE921" w:rsidR="0052223A" w:rsidRPr="00B1618A" w:rsidRDefault="00326075" w:rsidP="0052223A">
      <w:pPr>
        <w:rPr>
          <w:rFonts w:ascii="Raleway" w:eastAsiaTheme="majorEastAsia" w:hAnsi="Raleway" w:cstheme="majorBidi"/>
          <w:color w:val="auto"/>
          <w:szCs w:val="20"/>
          <w:lang w:val="en-GB"/>
        </w:rPr>
      </w:pPr>
      <w:r w:rsidRPr="00326075">
        <w:rPr>
          <w:rFonts w:ascii="Raleway" w:eastAsiaTheme="majorEastAsia" w:hAnsi="Raleway" w:cstheme="majorBidi"/>
          <w:color w:val="auto"/>
          <w:szCs w:val="20"/>
        </w:rPr>
        <w:t>What experience do you have with safe cleaning practices</w:t>
      </w:r>
      <w:r w:rsidR="00F92E50">
        <w:rPr>
          <w:rFonts w:ascii="Raleway" w:eastAsiaTheme="majorEastAsia" w:hAnsi="Raleway" w:cstheme="majorBidi"/>
          <w:color w:val="auto"/>
          <w:szCs w:val="20"/>
        </w:rPr>
        <w:t>,</w:t>
      </w:r>
      <w:r w:rsidRPr="00326075">
        <w:rPr>
          <w:rFonts w:ascii="Raleway" w:eastAsiaTheme="majorEastAsia" w:hAnsi="Raleway" w:cstheme="majorBidi"/>
          <w:color w:val="auto"/>
          <w:szCs w:val="20"/>
        </w:rPr>
        <w:t xml:space="preserve"> and </w:t>
      </w:r>
      <w:r w:rsidR="00F92E50">
        <w:rPr>
          <w:rFonts w:ascii="Raleway" w:eastAsiaTheme="majorEastAsia" w:hAnsi="Raleway" w:cstheme="majorBidi"/>
          <w:color w:val="auto"/>
          <w:szCs w:val="20"/>
        </w:rPr>
        <w:t>managing hazards or risks</w:t>
      </w:r>
      <w:r w:rsidRPr="00326075">
        <w:rPr>
          <w:rFonts w:ascii="Raleway" w:eastAsiaTheme="majorEastAsia" w:hAnsi="Raleway" w:cstheme="majorBidi"/>
          <w:color w:val="auto"/>
          <w:szCs w:val="20"/>
        </w:rPr>
        <w:t>?</w:t>
      </w:r>
    </w:p>
    <w:p w14:paraId="2FCE5A89" w14:textId="77777777" w:rsidR="00B1618A" w:rsidRPr="00B86B62" w:rsidRDefault="00B1618A" w:rsidP="00B1618A">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1A73F86A" w14:textId="77777777" w:rsidR="00B1618A" w:rsidRPr="00B86B62" w:rsidRDefault="00B1618A" w:rsidP="00B1618A">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6E0DA849" w14:textId="77777777" w:rsidR="00B1618A" w:rsidRPr="00B86B62" w:rsidRDefault="00B1618A" w:rsidP="00B1618A">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1CFDF80D" w14:textId="77777777" w:rsidR="00B1618A" w:rsidRDefault="00B1618A" w:rsidP="00B1618A">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18FC3268" w14:textId="77777777" w:rsidR="00B05AC2" w:rsidRDefault="00B05AC2" w:rsidP="00B1618A">
      <w:pPr>
        <w:rPr>
          <w:rFonts w:ascii="Raleway" w:eastAsiaTheme="majorEastAsia" w:hAnsi="Raleway" w:cstheme="majorBidi"/>
          <w:color w:val="auto"/>
          <w:szCs w:val="20"/>
          <w:lang w:val="en-GB"/>
        </w:rPr>
      </w:pPr>
    </w:p>
    <w:p w14:paraId="50016237" w14:textId="77777777" w:rsidR="00B05AC2" w:rsidRPr="00B1618A" w:rsidRDefault="00B05AC2" w:rsidP="00B05AC2">
      <w:pPr>
        <w:rPr>
          <w:rFonts w:ascii="Raleway" w:eastAsiaTheme="majorEastAsia" w:hAnsi="Raleway" w:cstheme="majorBidi"/>
          <w:color w:val="auto"/>
          <w:szCs w:val="20"/>
          <w:lang w:val="en-GB"/>
        </w:rPr>
      </w:pPr>
      <w:r w:rsidRPr="00B1618A">
        <w:rPr>
          <w:rFonts w:ascii="Raleway" w:eastAsiaTheme="majorEastAsia" w:hAnsi="Raleway" w:cstheme="majorBidi"/>
          <w:color w:val="auto"/>
          <w:szCs w:val="20"/>
          <w:lang w:val="en-GB"/>
        </w:rPr>
        <w:t>Tell us about a time when you have had to organise your own work and prioritise tasks.</w:t>
      </w:r>
    </w:p>
    <w:p w14:paraId="6021C24D" w14:textId="77777777" w:rsidR="00B05AC2" w:rsidRPr="00B86B62" w:rsidRDefault="00B05AC2" w:rsidP="00B05AC2">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0A27FA83" w14:textId="77777777" w:rsidR="00B05AC2" w:rsidRPr="00B86B62" w:rsidRDefault="00B05AC2" w:rsidP="00B05AC2">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3AC234B4" w14:textId="77777777" w:rsidR="00B05AC2" w:rsidRPr="00B86B62" w:rsidRDefault="00B05AC2" w:rsidP="00B05AC2">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476CB14F" w14:textId="77777777" w:rsidR="00B05AC2" w:rsidRDefault="00B05AC2" w:rsidP="00B05AC2">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02F2AFA3" w14:textId="77777777" w:rsidR="00B05AC2" w:rsidRPr="00B86B62" w:rsidRDefault="00B05AC2" w:rsidP="00B1618A">
      <w:pPr>
        <w:rPr>
          <w:rFonts w:ascii="Raleway" w:eastAsiaTheme="majorEastAsia" w:hAnsi="Raleway" w:cstheme="majorBidi"/>
          <w:color w:val="auto"/>
          <w:szCs w:val="20"/>
          <w:lang w:val="en-GB"/>
        </w:rPr>
      </w:pPr>
    </w:p>
    <w:p w14:paraId="24CEBD63" w14:textId="0D837179" w:rsidR="00B22A81" w:rsidRPr="00B86B62" w:rsidRDefault="00756AEE">
      <w:pPr>
        <w:pStyle w:val="Heading2"/>
        <w:rPr>
          <w:rFonts w:ascii="Raleway" w:hAnsi="Raleway"/>
          <w:sz w:val="20"/>
          <w:szCs w:val="20"/>
        </w:rPr>
      </w:pPr>
      <w:r w:rsidRPr="00B86B62">
        <w:rPr>
          <w:rFonts w:ascii="Raleway" w:hAnsi="Raleway"/>
          <w:sz w:val="20"/>
          <w:szCs w:val="20"/>
        </w:rPr>
        <w:t>Qualifications</w:t>
      </w:r>
      <w:r w:rsidR="00FB24DE" w:rsidRPr="00B86B62">
        <w:rPr>
          <w:rFonts w:ascii="Raleway" w:hAnsi="Raleway"/>
          <w:sz w:val="20"/>
          <w:szCs w:val="20"/>
        </w:rPr>
        <w:t xml:space="preserve"> and training</w:t>
      </w:r>
    </w:p>
    <w:p w14:paraId="7BAEA723" w14:textId="77A025DC" w:rsidR="00B1483C" w:rsidRDefault="0052700F">
      <w:pPr>
        <w:rPr>
          <w:rFonts w:ascii="Raleway" w:hAnsi="Raleway"/>
          <w:szCs w:val="20"/>
        </w:rPr>
      </w:pPr>
      <w:r w:rsidRPr="00B86B62">
        <w:rPr>
          <w:rFonts w:ascii="Raleway" w:hAnsi="Raleway"/>
          <w:szCs w:val="20"/>
        </w:rPr>
        <w:t xml:space="preserve">No formal qualifications are required for this role. </w:t>
      </w:r>
      <w:r w:rsidR="00F41E8A">
        <w:rPr>
          <w:rFonts w:ascii="Raleway" w:hAnsi="Raleway"/>
          <w:szCs w:val="20"/>
        </w:rPr>
        <w:t xml:space="preserve">We will provide training and we partner with a local organisation who will </w:t>
      </w:r>
      <w:r w:rsidR="0077090A">
        <w:rPr>
          <w:rFonts w:ascii="Raleway" w:hAnsi="Raleway"/>
          <w:szCs w:val="20"/>
        </w:rPr>
        <w:t>host</w:t>
      </w:r>
      <w:r w:rsidR="00F41E8A">
        <w:rPr>
          <w:rFonts w:ascii="Raleway" w:hAnsi="Raleway"/>
          <w:szCs w:val="20"/>
        </w:rPr>
        <w:t xml:space="preserve"> the training courses</w:t>
      </w:r>
      <w:r w:rsidR="0077090A">
        <w:rPr>
          <w:rFonts w:ascii="Raleway" w:hAnsi="Raleway"/>
          <w:szCs w:val="20"/>
        </w:rPr>
        <w:t xml:space="preserve">. </w:t>
      </w:r>
      <w:r w:rsidRPr="00B86B62">
        <w:rPr>
          <w:rFonts w:ascii="Raleway" w:hAnsi="Raleway"/>
          <w:szCs w:val="20"/>
        </w:rPr>
        <w:t xml:space="preserve">Please list any relevant training, qualifications or experience, particularly health and safety, cleaning, COSHH, </w:t>
      </w:r>
      <w:r w:rsidR="009A23EC">
        <w:rPr>
          <w:rFonts w:ascii="Raleway" w:hAnsi="Raleway"/>
          <w:szCs w:val="20"/>
        </w:rPr>
        <w:t>or related experience.</w:t>
      </w:r>
      <w:r w:rsidR="00B1483C">
        <w:rPr>
          <w:rFonts w:ascii="Raleway" w:hAnsi="Raleway"/>
          <w:szCs w:val="20"/>
        </w:rPr>
        <w:t xml:space="preserve"> </w:t>
      </w:r>
    </w:p>
    <w:p w14:paraId="78C93999" w14:textId="77777777" w:rsidR="00E708CF" w:rsidRPr="00B86B62" w:rsidRDefault="00E708CF" w:rsidP="00E708CF">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5AB39D2A" w14:textId="77777777" w:rsidR="00E708CF" w:rsidRPr="00B86B62" w:rsidRDefault="00E708CF" w:rsidP="00E708CF">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37A13464" w14:textId="77777777" w:rsidR="00E708CF" w:rsidRPr="00B86B62" w:rsidRDefault="00E708CF" w:rsidP="00E708CF">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3E63BBE4" w14:textId="77777777" w:rsidR="00E708CF" w:rsidRDefault="00E708CF" w:rsidP="00E708CF">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6AFA3D15" w14:textId="77777777" w:rsidR="00F92E50" w:rsidRPr="00B86B62" w:rsidRDefault="00F92E50" w:rsidP="00E708CF">
      <w:pPr>
        <w:rPr>
          <w:rFonts w:ascii="Raleway" w:eastAsiaTheme="majorEastAsia" w:hAnsi="Raleway" w:cstheme="majorBidi"/>
          <w:color w:val="auto"/>
          <w:szCs w:val="20"/>
          <w:lang w:val="en-GB"/>
        </w:rPr>
      </w:pPr>
    </w:p>
    <w:p w14:paraId="59635B86" w14:textId="696C366E" w:rsidR="00151261" w:rsidRPr="00B86B62" w:rsidRDefault="00151261" w:rsidP="00151261">
      <w:pPr>
        <w:rPr>
          <w:rFonts w:ascii="Raleway" w:eastAsiaTheme="majorEastAsia" w:hAnsi="Raleway" w:cstheme="majorBidi"/>
          <w:b/>
          <w:bCs/>
          <w:color w:val="E97966"/>
          <w:szCs w:val="20"/>
          <w:lang w:val="en-GB"/>
        </w:rPr>
      </w:pPr>
      <w:r w:rsidRPr="00B86B62">
        <w:rPr>
          <w:rFonts w:ascii="Raleway" w:eastAsiaTheme="majorEastAsia" w:hAnsi="Raleway" w:cstheme="majorBidi"/>
          <w:b/>
          <w:bCs/>
          <w:color w:val="E97966"/>
          <w:szCs w:val="20"/>
          <w:lang w:val="en-GB"/>
        </w:rPr>
        <w:lastRenderedPageBreak/>
        <w:t>Why are you applying?</w:t>
      </w:r>
    </w:p>
    <w:p w14:paraId="53BB0E9A" w14:textId="77777777" w:rsidR="00151261" w:rsidRPr="00B86B62" w:rsidRDefault="00151261" w:rsidP="00151261">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St Aidan’s Church is committed to maintaining a clean, safe and welcoming environment for worship, community activities, visitors and staff.</w:t>
      </w:r>
    </w:p>
    <w:p w14:paraId="4A2C0B80" w14:textId="77777777" w:rsidR="00151261" w:rsidRPr="009772D1" w:rsidRDefault="00151261" w:rsidP="00151261">
      <w:pPr>
        <w:rPr>
          <w:rFonts w:ascii="Raleway" w:eastAsiaTheme="majorEastAsia" w:hAnsi="Raleway" w:cstheme="majorBidi"/>
          <w:color w:val="auto"/>
          <w:szCs w:val="20"/>
          <w:lang w:val="en-GB"/>
        </w:rPr>
      </w:pPr>
      <w:r w:rsidRPr="009772D1">
        <w:rPr>
          <w:rFonts w:ascii="Raleway" w:eastAsiaTheme="majorEastAsia" w:hAnsi="Raleway" w:cstheme="majorBidi"/>
          <w:color w:val="auto"/>
          <w:szCs w:val="20"/>
          <w:lang w:val="en-GB"/>
        </w:rPr>
        <w:t>Why are you interested in this role, and what do you think you would bring to it?</w:t>
      </w:r>
    </w:p>
    <w:p w14:paraId="441FEBCD" w14:textId="47646105" w:rsidR="00151261" w:rsidRPr="00B86B62" w:rsidRDefault="00151261" w:rsidP="00151261">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17A5FD74" w14:textId="70EAC4BF" w:rsidR="00151261" w:rsidRPr="00B86B62" w:rsidRDefault="00151261" w:rsidP="00151261">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55F906C8" w14:textId="798ABB9C" w:rsidR="00151261" w:rsidRPr="00B86B62" w:rsidRDefault="00151261" w:rsidP="00151261">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4D8616F9" w14:textId="5A4C42FC" w:rsidR="00151261" w:rsidRDefault="00151261" w:rsidP="00151261">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43B4D595" w14:textId="77777777" w:rsidR="009A23EC" w:rsidRPr="00B86B62" w:rsidRDefault="009A23EC" w:rsidP="00151261">
      <w:pPr>
        <w:rPr>
          <w:rFonts w:ascii="Raleway" w:eastAsiaTheme="majorEastAsia" w:hAnsi="Raleway" w:cstheme="majorBidi"/>
          <w:color w:val="auto"/>
          <w:szCs w:val="20"/>
          <w:lang w:val="en-GB"/>
        </w:rPr>
      </w:pPr>
    </w:p>
    <w:p w14:paraId="2C2C3303" w14:textId="77777777" w:rsidR="00151261" w:rsidRPr="009772D1" w:rsidRDefault="00151261" w:rsidP="00151261">
      <w:pPr>
        <w:rPr>
          <w:rFonts w:ascii="Raleway" w:eastAsiaTheme="majorEastAsia" w:hAnsi="Raleway" w:cstheme="majorBidi"/>
          <w:color w:val="auto"/>
          <w:szCs w:val="20"/>
          <w:lang w:val="en-GB"/>
        </w:rPr>
      </w:pPr>
      <w:r w:rsidRPr="009772D1">
        <w:rPr>
          <w:rFonts w:ascii="Raleway" w:eastAsiaTheme="majorEastAsia" w:hAnsi="Raleway" w:cstheme="majorBidi"/>
          <w:color w:val="auto"/>
          <w:szCs w:val="20"/>
          <w:lang w:val="en-GB"/>
        </w:rPr>
        <w:t>Is there anything else you would like us to know that is relevant to your application?</w:t>
      </w:r>
    </w:p>
    <w:p w14:paraId="36ADCACA" w14:textId="3AB2AC5E" w:rsidR="00151261" w:rsidRPr="00B86B62" w:rsidRDefault="00151261" w:rsidP="00151261">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444972E9" w14:textId="738B5E6C" w:rsidR="00151261" w:rsidRPr="00B86B62" w:rsidRDefault="00151261" w:rsidP="00151261">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50CA3214" w14:textId="44B251FD" w:rsidR="00151261" w:rsidRPr="00B86B62" w:rsidRDefault="00151261" w:rsidP="00151261">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77F01682" w14:textId="08004163" w:rsidR="00151261" w:rsidRPr="00B86B62" w:rsidRDefault="00151261" w:rsidP="00151261">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38EF77C1" w14:textId="05E03E7E" w:rsidR="007A432E" w:rsidRPr="009772D1" w:rsidRDefault="005402BE" w:rsidP="005402BE">
      <w:pPr>
        <w:spacing w:after="60"/>
        <w:rPr>
          <w:rFonts w:ascii="Raleway" w:hAnsi="Raleway"/>
          <w:lang w:val="en-GB"/>
        </w:rPr>
      </w:pPr>
      <w:r w:rsidRPr="009772D1">
        <w:rPr>
          <w:rFonts w:ascii="Raleway" w:hAnsi="Raleway"/>
          <w:szCs w:val="20"/>
          <w:lang w:val="en-GB"/>
        </w:rPr>
        <w:t xml:space="preserve">Are you able to work the advertised 8 hours per week? </w:t>
      </w:r>
      <w:r w:rsidRPr="009772D1">
        <w:rPr>
          <w:rFonts w:ascii="Segoe UI Symbol" w:hAnsi="Segoe UI Symbol" w:cs="Segoe UI Symbol"/>
          <w:szCs w:val="20"/>
          <w:lang w:val="en-GB"/>
        </w:rPr>
        <w:t>☐</w:t>
      </w:r>
      <w:r w:rsidRPr="009772D1">
        <w:rPr>
          <w:rFonts w:ascii="Raleway" w:hAnsi="Raleway"/>
          <w:lang w:val="en-GB"/>
        </w:rPr>
        <w:t xml:space="preserve"> Yes </w:t>
      </w:r>
      <w:r w:rsidRPr="009772D1">
        <w:rPr>
          <w:rFonts w:ascii="Segoe UI Symbol" w:hAnsi="Segoe UI Symbol" w:cs="Segoe UI Symbol"/>
          <w:lang w:val="en-GB"/>
        </w:rPr>
        <w:t>☐</w:t>
      </w:r>
      <w:r w:rsidRPr="009772D1">
        <w:rPr>
          <w:rFonts w:ascii="Raleway" w:hAnsi="Raleway"/>
          <w:lang w:val="en-GB"/>
        </w:rPr>
        <w:t xml:space="preserve"> No</w:t>
      </w:r>
    </w:p>
    <w:p w14:paraId="4E8C2908" w14:textId="194D304A" w:rsidR="005402BE" w:rsidRPr="009772D1" w:rsidRDefault="005402BE" w:rsidP="005402BE">
      <w:pPr>
        <w:spacing w:after="60"/>
        <w:rPr>
          <w:rFonts w:ascii="Raleway" w:hAnsi="Raleway"/>
          <w:lang w:val="en-GB"/>
        </w:rPr>
      </w:pPr>
      <w:r w:rsidRPr="009772D1">
        <w:rPr>
          <w:rFonts w:ascii="Raleway" w:hAnsi="Raleway"/>
          <w:lang w:val="en-GB"/>
        </w:rPr>
        <w:t>If you have any relevant availability information you would like us to know, please give details</w:t>
      </w:r>
      <w:r w:rsidR="009772D1">
        <w:rPr>
          <w:rFonts w:ascii="Raleway" w:hAnsi="Raleway"/>
          <w:lang w:val="en-GB"/>
        </w:rPr>
        <w:t xml:space="preserve"> here:</w:t>
      </w:r>
    </w:p>
    <w:p w14:paraId="4647734F" w14:textId="77777777" w:rsidR="007A432E" w:rsidRPr="00B86B62" w:rsidRDefault="007A432E" w:rsidP="007A432E">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3E1F72D1" w14:textId="77777777" w:rsidR="007A432E" w:rsidRPr="00B86B62" w:rsidRDefault="007A432E" w:rsidP="007A432E">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5784A2F3" w14:textId="77777777" w:rsidR="007A432E" w:rsidRPr="00B86B62" w:rsidRDefault="007A432E" w:rsidP="007A432E">
      <w:pPr>
        <w:rPr>
          <w:rFonts w:ascii="Raleway" w:eastAsiaTheme="majorEastAsia" w:hAnsi="Raleway" w:cstheme="majorBidi"/>
          <w:color w:val="auto"/>
          <w:szCs w:val="20"/>
          <w:lang w:val="en-GB"/>
        </w:rPr>
      </w:pPr>
      <w:r w:rsidRPr="00B86B62">
        <w:rPr>
          <w:rFonts w:ascii="Raleway" w:eastAsiaTheme="majorEastAsia" w:hAnsi="Raleway" w:cstheme="majorBidi"/>
          <w:color w:val="auto"/>
          <w:szCs w:val="20"/>
          <w:lang w:val="en-GB"/>
        </w:rPr>
        <w:t>___________________________________________________________________________</w:t>
      </w:r>
    </w:p>
    <w:p w14:paraId="23954E49" w14:textId="77777777" w:rsidR="00FA1B92" w:rsidRPr="009772D1" w:rsidRDefault="00FA1B92">
      <w:pPr>
        <w:spacing w:after="60"/>
        <w:rPr>
          <w:rFonts w:ascii="Raleway" w:hAnsi="Raleway"/>
        </w:rPr>
      </w:pPr>
      <w:r w:rsidRPr="009772D1">
        <w:rPr>
          <w:rFonts w:ascii="Raleway" w:hAnsi="Raleway"/>
        </w:rPr>
        <w:t xml:space="preserve">If appointed, when would you be available to start? </w:t>
      </w:r>
    </w:p>
    <w:p w14:paraId="560A0C6C" w14:textId="77777777" w:rsidR="00FA1B92" w:rsidRDefault="00FA1B92">
      <w:pPr>
        <w:spacing w:after="60"/>
        <w:rPr>
          <w:rFonts w:ascii="Raleway" w:hAnsi="Raleway"/>
          <w:b/>
          <w:bCs/>
        </w:rPr>
      </w:pPr>
    </w:p>
    <w:p w14:paraId="082DD0CD" w14:textId="31E91652" w:rsidR="00B22A81" w:rsidRPr="00296F2E" w:rsidRDefault="00756AEE">
      <w:pPr>
        <w:spacing w:after="60"/>
        <w:rPr>
          <w:rFonts w:ascii="Raleway" w:hAnsi="Raleway"/>
        </w:rPr>
      </w:pPr>
      <w:r w:rsidRPr="00296F2E">
        <w:rPr>
          <w:rFonts w:ascii="Raleway" w:hAnsi="Raleway"/>
        </w:rPr>
        <w:t>________________________________________________________________________________</w:t>
      </w:r>
    </w:p>
    <w:p w14:paraId="569B155C" w14:textId="77777777" w:rsidR="0090074A" w:rsidRDefault="0090074A">
      <w:pPr>
        <w:rPr>
          <w:rFonts w:ascii="Raleway" w:hAnsi="Raleway"/>
        </w:rPr>
      </w:pPr>
    </w:p>
    <w:p w14:paraId="286EC2EF" w14:textId="77777777" w:rsidR="009772D1" w:rsidRDefault="009772D1" w:rsidP="0090074A">
      <w:pPr>
        <w:pStyle w:val="Heading2"/>
        <w:rPr>
          <w:rFonts w:ascii="Raleway" w:hAnsi="Raleway"/>
        </w:rPr>
      </w:pPr>
    </w:p>
    <w:p w14:paraId="2DF0243C" w14:textId="77777777" w:rsidR="009772D1" w:rsidRDefault="009772D1" w:rsidP="0090074A">
      <w:pPr>
        <w:pStyle w:val="Heading2"/>
        <w:rPr>
          <w:rFonts w:ascii="Raleway" w:hAnsi="Raleway"/>
        </w:rPr>
      </w:pPr>
    </w:p>
    <w:p w14:paraId="63E2EEA4" w14:textId="77777777" w:rsidR="009772D1" w:rsidRDefault="009772D1" w:rsidP="0090074A">
      <w:pPr>
        <w:pStyle w:val="Heading2"/>
        <w:rPr>
          <w:rFonts w:ascii="Raleway" w:hAnsi="Raleway"/>
        </w:rPr>
      </w:pPr>
    </w:p>
    <w:p w14:paraId="21219762" w14:textId="77777777" w:rsidR="009772D1" w:rsidRDefault="009772D1" w:rsidP="0090074A">
      <w:pPr>
        <w:pStyle w:val="Heading2"/>
        <w:rPr>
          <w:rFonts w:ascii="Raleway" w:hAnsi="Raleway"/>
        </w:rPr>
      </w:pPr>
    </w:p>
    <w:p w14:paraId="1EE90F86" w14:textId="77777777" w:rsidR="009772D1" w:rsidRPr="009772D1" w:rsidRDefault="009772D1" w:rsidP="009772D1"/>
    <w:p w14:paraId="6BA9202B" w14:textId="77777777" w:rsidR="009772D1" w:rsidRPr="009772D1" w:rsidRDefault="009772D1" w:rsidP="009772D1"/>
    <w:p w14:paraId="168F44DD" w14:textId="1BF087A4" w:rsidR="0090074A" w:rsidRPr="00296F2E" w:rsidRDefault="0090074A" w:rsidP="0090074A">
      <w:pPr>
        <w:pStyle w:val="Heading2"/>
        <w:rPr>
          <w:rFonts w:ascii="Raleway" w:hAnsi="Raleway"/>
        </w:rPr>
      </w:pPr>
      <w:r w:rsidRPr="00296F2E">
        <w:rPr>
          <w:rFonts w:ascii="Raleway" w:hAnsi="Raleway"/>
        </w:rPr>
        <w:lastRenderedPageBreak/>
        <w:t>References</w:t>
      </w:r>
    </w:p>
    <w:p w14:paraId="11518EFB" w14:textId="77777777" w:rsidR="0090074A" w:rsidRPr="00296F2E" w:rsidRDefault="0090074A" w:rsidP="0090074A">
      <w:pPr>
        <w:rPr>
          <w:rFonts w:ascii="Raleway" w:hAnsi="Raleway"/>
        </w:rPr>
      </w:pPr>
      <w:r w:rsidRPr="00296F2E">
        <w:rPr>
          <w:rFonts w:ascii="Raleway" w:hAnsi="Raleway"/>
        </w:rPr>
        <w:t>Name and addresses of t</w:t>
      </w:r>
      <w:r>
        <w:rPr>
          <w:rFonts w:ascii="Raleway" w:hAnsi="Raleway"/>
        </w:rPr>
        <w:t xml:space="preserve">wo </w:t>
      </w:r>
      <w:r w:rsidRPr="00296F2E">
        <w:rPr>
          <w:rFonts w:ascii="Raleway" w:hAnsi="Raleway"/>
        </w:rPr>
        <w:t>people to whom reference can be made, including your current or most recent employer</w:t>
      </w:r>
      <w:r>
        <w:rPr>
          <w:rFonts w:ascii="Raleway" w:hAnsi="Raleway"/>
        </w:rPr>
        <w:t xml:space="preserve"> (if relevant).</w:t>
      </w:r>
    </w:p>
    <w:tbl>
      <w:tblPr>
        <w:tblW w:w="0" w:type="auto"/>
        <w:jc w:val="center"/>
        <w:tblLook w:val="04A0" w:firstRow="1" w:lastRow="0" w:firstColumn="1" w:lastColumn="0" w:noHBand="0" w:noVBand="1"/>
      </w:tblPr>
      <w:tblGrid>
        <w:gridCol w:w="5040"/>
        <w:gridCol w:w="5040"/>
      </w:tblGrid>
      <w:tr w:rsidR="0090074A" w:rsidRPr="00296F2E" w14:paraId="56A8B959" w14:textId="77777777" w:rsidTr="00434FF6">
        <w:trPr>
          <w:jc w:val="center"/>
        </w:trPr>
        <w:tc>
          <w:tcPr>
            <w:tcW w:w="5040" w:type="dxa"/>
            <w:shd w:val="clear" w:color="auto" w:fill="F3F4F5"/>
            <w:vAlign w:val="center"/>
          </w:tcPr>
          <w:p w14:paraId="00E6EB9C" w14:textId="77777777" w:rsidR="0090074A" w:rsidRPr="00296F2E" w:rsidRDefault="0090074A" w:rsidP="00434FF6">
            <w:pPr>
              <w:rPr>
                <w:rFonts w:ascii="Raleway" w:hAnsi="Raleway"/>
              </w:rPr>
            </w:pPr>
            <w:r w:rsidRPr="00296F2E">
              <w:rPr>
                <w:rFonts w:ascii="Raleway" w:hAnsi="Raleway"/>
                <w:b/>
                <w:sz w:val="17"/>
              </w:rPr>
              <w:t>Name</w:t>
            </w:r>
          </w:p>
        </w:tc>
        <w:tc>
          <w:tcPr>
            <w:tcW w:w="5040" w:type="dxa"/>
            <w:vAlign w:val="center"/>
          </w:tcPr>
          <w:p w14:paraId="35E96A88" w14:textId="77777777" w:rsidR="0090074A" w:rsidRPr="00296F2E" w:rsidRDefault="0090074A" w:rsidP="00434FF6">
            <w:pPr>
              <w:rPr>
                <w:rFonts w:ascii="Raleway" w:hAnsi="Raleway"/>
              </w:rPr>
            </w:pPr>
          </w:p>
        </w:tc>
      </w:tr>
      <w:tr w:rsidR="0090074A" w:rsidRPr="00296F2E" w14:paraId="06D42490" w14:textId="77777777" w:rsidTr="00434FF6">
        <w:trPr>
          <w:jc w:val="center"/>
        </w:trPr>
        <w:tc>
          <w:tcPr>
            <w:tcW w:w="5040" w:type="dxa"/>
            <w:shd w:val="clear" w:color="auto" w:fill="F3F4F5"/>
            <w:vAlign w:val="center"/>
          </w:tcPr>
          <w:p w14:paraId="21DB7DC0" w14:textId="77777777" w:rsidR="0090074A" w:rsidRPr="00296F2E" w:rsidRDefault="0090074A" w:rsidP="00434FF6">
            <w:pPr>
              <w:rPr>
                <w:rFonts w:ascii="Raleway" w:hAnsi="Raleway"/>
              </w:rPr>
            </w:pPr>
            <w:r w:rsidRPr="00296F2E">
              <w:rPr>
                <w:rFonts w:ascii="Raleway" w:hAnsi="Raleway"/>
                <w:b/>
                <w:sz w:val="17"/>
              </w:rPr>
              <w:t>Position held</w:t>
            </w:r>
          </w:p>
        </w:tc>
        <w:tc>
          <w:tcPr>
            <w:tcW w:w="5040" w:type="dxa"/>
            <w:vAlign w:val="center"/>
          </w:tcPr>
          <w:p w14:paraId="7C73F03C" w14:textId="77777777" w:rsidR="0090074A" w:rsidRPr="00296F2E" w:rsidRDefault="0090074A" w:rsidP="00434FF6">
            <w:pPr>
              <w:rPr>
                <w:rFonts w:ascii="Raleway" w:hAnsi="Raleway"/>
              </w:rPr>
            </w:pPr>
          </w:p>
        </w:tc>
      </w:tr>
      <w:tr w:rsidR="0090074A" w:rsidRPr="00296F2E" w14:paraId="74F911F0" w14:textId="77777777" w:rsidTr="00434FF6">
        <w:trPr>
          <w:jc w:val="center"/>
        </w:trPr>
        <w:tc>
          <w:tcPr>
            <w:tcW w:w="5040" w:type="dxa"/>
            <w:shd w:val="clear" w:color="auto" w:fill="F3F4F5"/>
            <w:vAlign w:val="center"/>
          </w:tcPr>
          <w:p w14:paraId="138B580B" w14:textId="77777777" w:rsidR="0090074A" w:rsidRPr="00296F2E" w:rsidRDefault="0090074A" w:rsidP="00434FF6">
            <w:pPr>
              <w:rPr>
                <w:rFonts w:ascii="Raleway" w:hAnsi="Raleway"/>
              </w:rPr>
            </w:pPr>
            <w:r w:rsidRPr="00296F2E">
              <w:rPr>
                <w:rFonts w:ascii="Raleway" w:hAnsi="Raleway"/>
                <w:b/>
                <w:sz w:val="17"/>
              </w:rPr>
              <w:t>Email Address</w:t>
            </w:r>
          </w:p>
        </w:tc>
        <w:tc>
          <w:tcPr>
            <w:tcW w:w="5040" w:type="dxa"/>
            <w:vAlign w:val="center"/>
          </w:tcPr>
          <w:p w14:paraId="63BD6C85" w14:textId="77777777" w:rsidR="0090074A" w:rsidRPr="00296F2E" w:rsidRDefault="0090074A" w:rsidP="00434FF6">
            <w:pPr>
              <w:rPr>
                <w:rFonts w:ascii="Raleway" w:hAnsi="Raleway"/>
              </w:rPr>
            </w:pPr>
          </w:p>
        </w:tc>
      </w:tr>
      <w:tr w:rsidR="0090074A" w:rsidRPr="00296F2E" w14:paraId="5620F56E" w14:textId="77777777" w:rsidTr="00434FF6">
        <w:trPr>
          <w:jc w:val="center"/>
        </w:trPr>
        <w:tc>
          <w:tcPr>
            <w:tcW w:w="5040" w:type="dxa"/>
            <w:shd w:val="clear" w:color="auto" w:fill="F3F4F5"/>
            <w:vAlign w:val="center"/>
          </w:tcPr>
          <w:p w14:paraId="12322C69" w14:textId="77777777" w:rsidR="0090074A" w:rsidRPr="00296F2E" w:rsidRDefault="0090074A" w:rsidP="00434FF6">
            <w:pPr>
              <w:rPr>
                <w:rFonts w:ascii="Raleway" w:hAnsi="Raleway"/>
              </w:rPr>
            </w:pPr>
            <w:r w:rsidRPr="00296F2E">
              <w:rPr>
                <w:rFonts w:ascii="Raleway" w:hAnsi="Raleway"/>
                <w:b/>
                <w:sz w:val="17"/>
              </w:rPr>
              <w:t>Telephone Number</w:t>
            </w:r>
          </w:p>
        </w:tc>
        <w:tc>
          <w:tcPr>
            <w:tcW w:w="5040" w:type="dxa"/>
            <w:vAlign w:val="center"/>
          </w:tcPr>
          <w:p w14:paraId="29DE7450" w14:textId="77777777" w:rsidR="0090074A" w:rsidRPr="00296F2E" w:rsidRDefault="0090074A" w:rsidP="00434FF6">
            <w:pPr>
              <w:rPr>
                <w:rFonts w:ascii="Raleway" w:hAnsi="Raleway"/>
              </w:rPr>
            </w:pPr>
          </w:p>
        </w:tc>
      </w:tr>
      <w:tr w:rsidR="0090074A" w:rsidRPr="00296F2E" w14:paraId="7878BB4F" w14:textId="77777777" w:rsidTr="00434FF6">
        <w:trPr>
          <w:jc w:val="center"/>
        </w:trPr>
        <w:tc>
          <w:tcPr>
            <w:tcW w:w="5040" w:type="dxa"/>
            <w:shd w:val="clear" w:color="auto" w:fill="F3F4F5"/>
            <w:vAlign w:val="center"/>
          </w:tcPr>
          <w:p w14:paraId="49746B08" w14:textId="77777777" w:rsidR="0090074A" w:rsidRPr="00296F2E" w:rsidRDefault="0090074A" w:rsidP="00434FF6">
            <w:pPr>
              <w:rPr>
                <w:rFonts w:ascii="Raleway" w:hAnsi="Raleway"/>
              </w:rPr>
            </w:pPr>
            <w:r w:rsidRPr="00296F2E">
              <w:rPr>
                <w:rFonts w:ascii="Raleway" w:hAnsi="Raleway"/>
                <w:b/>
                <w:sz w:val="17"/>
              </w:rPr>
              <w:t>Business Address</w:t>
            </w:r>
          </w:p>
        </w:tc>
        <w:tc>
          <w:tcPr>
            <w:tcW w:w="5040" w:type="dxa"/>
            <w:vAlign w:val="center"/>
          </w:tcPr>
          <w:p w14:paraId="123AE53B" w14:textId="77777777" w:rsidR="0090074A" w:rsidRPr="00296F2E" w:rsidRDefault="0090074A" w:rsidP="00434FF6">
            <w:pPr>
              <w:rPr>
                <w:rFonts w:ascii="Raleway" w:hAnsi="Raleway"/>
              </w:rPr>
            </w:pPr>
          </w:p>
        </w:tc>
      </w:tr>
      <w:tr w:rsidR="0090074A" w:rsidRPr="00296F2E" w14:paraId="36052D45" w14:textId="77777777" w:rsidTr="00434FF6">
        <w:trPr>
          <w:jc w:val="center"/>
        </w:trPr>
        <w:tc>
          <w:tcPr>
            <w:tcW w:w="5040" w:type="dxa"/>
            <w:shd w:val="clear" w:color="auto" w:fill="F3F4F5"/>
            <w:vAlign w:val="center"/>
          </w:tcPr>
          <w:p w14:paraId="4AB6AC5A" w14:textId="77777777" w:rsidR="0090074A" w:rsidRPr="00296F2E" w:rsidRDefault="0090074A" w:rsidP="00434FF6">
            <w:pPr>
              <w:rPr>
                <w:rFonts w:ascii="Raleway" w:hAnsi="Raleway"/>
              </w:rPr>
            </w:pPr>
            <w:r w:rsidRPr="00296F2E">
              <w:rPr>
                <w:rFonts w:ascii="Raleway" w:hAnsi="Raleway"/>
                <w:b/>
                <w:sz w:val="17"/>
              </w:rPr>
              <w:t>Name</w:t>
            </w:r>
          </w:p>
        </w:tc>
        <w:tc>
          <w:tcPr>
            <w:tcW w:w="5040" w:type="dxa"/>
            <w:vAlign w:val="center"/>
          </w:tcPr>
          <w:p w14:paraId="5CFECCD7" w14:textId="77777777" w:rsidR="0090074A" w:rsidRPr="00296F2E" w:rsidRDefault="0090074A" w:rsidP="00434FF6">
            <w:pPr>
              <w:rPr>
                <w:rFonts w:ascii="Raleway" w:hAnsi="Raleway"/>
              </w:rPr>
            </w:pPr>
          </w:p>
        </w:tc>
      </w:tr>
      <w:tr w:rsidR="0090074A" w:rsidRPr="00296F2E" w14:paraId="08F35F81" w14:textId="77777777" w:rsidTr="00434FF6">
        <w:trPr>
          <w:jc w:val="center"/>
        </w:trPr>
        <w:tc>
          <w:tcPr>
            <w:tcW w:w="5040" w:type="dxa"/>
            <w:shd w:val="clear" w:color="auto" w:fill="F3F4F5"/>
            <w:vAlign w:val="center"/>
          </w:tcPr>
          <w:p w14:paraId="7FA68FBF" w14:textId="77777777" w:rsidR="0090074A" w:rsidRPr="00296F2E" w:rsidRDefault="0090074A" w:rsidP="00434FF6">
            <w:pPr>
              <w:rPr>
                <w:rFonts w:ascii="Raleway" w:hAnsi="Raleway"/>
              </w:rPr>
            </w:pPr>
            <w:r w:rsidRPr="00296F2E">
              <w:rPr>
                <w:rFonts w:ascii="Raleway" w:hAnsi="Raleway"/>
                <w:b/>
                <w:sz w:val="17"/>
              </w:rPr>
              <w:t>Position held</w:t>
            </w:r>
          </w:p>
        </w:tc>
        <w:tc>
          <w:tcPr>
            <w:tcW w:w="5040" w:type="dxa"/>
            <w:vAlign w:val="center"/>
          </w:tcPr>
          <w:p w14:paraId="33E590DE" w14:textId="77777777" w:rsidR="0090074A" w:rsidRPr="00296F2E" w:rsidRDefault="0090074A" w:rsidP="00434FF6">
            <w:pPr>
              <w:rPr>
                <w:rFonts w:ascii="Raleway" w:hAnsi="Raleway"/>
              </w:rPr>
            </w:pPr>
          </w:p>
        </w:tc>
      </w:tr>
      <w:tr w:rsidR="0090074A" w:rsidRPr="00296F2E" w14:paraId="0AA86391" w14:textId="77777777" w:rsidTr="00434FF6">
        <w:trPr>
          <w:jc w:val="center"/>
        </w:trPr>
        <w:tc>
          <w:tcPr>
            <w:tcW w:w="5040" w:type="dxa"/>
            <w:shd w:val="clear" w:color="auto" w:fill="F3F4F5"/>
            <w:vAlign w:val="center"/>
          </w:tcPr>
          <w:p w14:paraId="7BA39CF2" w14:textId="77777777" w:rsidR="0090074A" w:rsidRPr="00296F2E" w:rsidRDefault="0090074A" w:rsidP="00434FF6">
            <w:pPr>
              <w:rPr>
                <w:rFonts w:ascii="Raleway" w:hAnsi="Raleway"/>
              </w:rPr>
            </w:pPr>
            <w:r w:rsidRPr="00296F2E">
              <w:rPr>
                <w:rFonts w:ascii="Raleway" w:hAnsi="Raleway"/>
                <w:b/>
                <w:sz w:val="17"/>
              </w:rPr>
              <w:t>Email Address</w:t>
            </w:r>
          </w:p>
        </w:tc>
        <w:tc>
          <w:tcPr>
            <w:tcW w:w="5040" w:type="dxa"/>
            <w:vAlign w:val="center"/>
          </w:tcPr>
          <w:p w14:paraId="4EC8DBE3" w14:textId="77777777" w:rsidR="0090074A" w:rsidRPr="00296F2E" w:rsidRDefault="0090074A" w:rsidP="00434FF6">
            <w:pPr>
              <w:rPr>
                <w:rFonts w:ascii="Raleway" w:hAnsi="Raleway"/>
              </w:rPr>
            </w:pPr>
          </w:p>
        </w:tc>
      </w:tr>
      <w:tr w:rsidR="0090074A" w:rsidRPr="00296F2E" w14:paraId="336593D7" w14:textId="77777777" w:rsidTr="00434FF6">
        <w:trPr>
          <w:jc w:val="center"/>
        </w:trPr>
        <w:tc>
          <w:tcPr>
            <w:tcW w:w="5040" w:type="dxa"/>
            <w:shd w:val="clear" w:color="auto" w:fill="F3F4F5"/>
            <w:vAlign w:val="center"/>
          </w:tcPr>
          <w:p w14:paraId="79006BD1" w14:textId="77777777" w:rsidR="0090074A" w:rsidRPr="00296F2E" w:rsidRDefault="0090074A" w:rsidP="00434FF6">
            <w:pPr>
              <w:rPr>
                <w:rFonts w:ascii="Raleway" w:hAnsi="Raleway"/>
              </w:rPr>
            </w:pPr>
            <w:r w:rsidRPr="00296F2E">
              <w:rPr>
                <w:rFonts w:ascii="Raleway" w:hAnsi="Raleway"/>
                <w:b/>
                <w:sz w:val="17"/>
              </w:rPr>
              <w:t>Telephone Number</w:t>
            </w:r>
          </w:p>
        </w:tc>
        <w:tc>
          <w:tcPr>
            <w:tcW w:w="5040" w:type="dxa"/>
            <w:vAlign w:val="center"/>
          </w:tcPr>
          <w:p w14:paraId="20352F55" w14:textId="77777777" w:rsidR="0090074A" w:rsidRPr="00296F2E" w:rsidRDefault="0090074A" w:rsidP="00434FF6">
            <w:pPr>
              <w:rPr>
                <w:rFonts w:ascii="Raleway" w:hAnsi="Raleway"/>
              </w:rPr>
            </w:pPr>
          </w:p>
        </w:tc>
      </w:tr>
      <w:tr w:rsidR="0090074A" w:rsidRPr="00296F2E" w14:paraId="035DD0FD" w14:textId="77777777" w:rsidTr="00434FF6">
        <w:trPr>
          <w:jc w:val="center"/>
        </w:trPr>
        <w:tc>
          <w:tcPr>
            <w:tcW w:w="5040" w:type="dxa"/>
            <w:shd w:val="clear" w:color="auto" w:fill="F3F4F5"/>
            <w:vAlign w:val="center"/>
          </w:tcPr>
          <w:p w14:paraId="5AE56F47" w14:textId="77777777" w:rsidR="0090074A" w:rsidRPr="00296F2E" w:rsidRDefault="0090074A" w:rsidP="00434FF6">
            <w:pPr>
              <w:rPr>
                <w:rFonts w:ascii="Raleway" w:hAnsi="Raleway"/>
              </w:rPr>
            </w:pPr>
            <w:r w:rsidRPr="00296F2E">
              <w:rPr>
                <w:rFonts w:ascii="Raleway" w:hAnsi="Raleway"/>
                <w:b/>
                <w:sz w:val="17"/>
              </w:rPr>
              <w:t>Business Address</w:t>
            </w:r>
          </w:p>
        </w:tc>
        <w:tc>
          <w:tcPr>
            <w:tcW w:w="5040" w:type="dxa"/>
            <w:vAlign w:val="center"/>
          </w:tcPr>
          <w:p w14:paraId="2EEADE45" w14:textId="77777777" w:rsidR="0090074A" w:rsidRPr="00296F2E" w:rsidRDefault="0090074A" w:rsidP="00434FF6">
            <w:pPr>
              <w:rPr>
                <w:rFonts w:ascii="Raleway" w:hAnsi="Raleway"/>
              </w:rPr>
            </w:pPr>
          </w:p>
        </w:tc>
      </w:tr>
    </w:tbl>
    <w:p w14:paraId="41273E2C" w14:textId="77777777" w:rsidR="0090074A" w:rsidRPr="00296F2E" w:rsidRDefault="0090074A" w:rsidP="0090074A">
      <w:pPr>
        <w:rPr>
          <w:rFonts w:ascii="Raleway" w:hAnsi="Raleway"/>
        </w:rPr>
      </w:pPr>
      <w:r w:rsidRPr="00296F2E">
        <w:rPr>
          <w:rFonts w:ascii="Raleway" w:hAnsi="Raleway"/>
        </w:rPr>
        <w:t>References will usually be taken up before interview in the strictest confidence for short-listed candidates, unless you indicate otherwise. By signing here you agree to this.</w:t>
      </w:r>
    </w:p>
    <w:tbl>
      <w:tblPr>
        <w:tblW w:w="0" w:type="auto"/>
        <w:jc w:val="center"/>
        <w:tblLayout w:type="fixed"/>
        <w:tblLook w:val="04A0" w:firstRow="1" w:lastRow="0" w:firstColumn="1" w:lastColumn="0" w:noHBand="0" w:noVBand="1"/>
      </w:tblPr>
      <w:tblGrid>
        <w:gridCol w:w="5040"/>
        <w:gridCol w:w="5040"/>
      </w:tblGrid>
      <w:tr w:rsidR="0090074A" w:rsidRPr="00296F2E" w14:paraId="26C5A3F5" w14:textId="77777777" w:rsidTr="00434FF6">
        <w:trPr>
          <w:jc w:val="center"/>
        </w:trPr>
        <w:tc>
          <w:tcPr>
            <w:tcW w:w="5040" w:type="dxa"/>
            <w:shd w:val="clear" w:color="auto" w:fill="F3F4F5"/>
            <w:vAlign w:val="center"/>
          </w:tcPr>
          <w:p w14:paraId="1988E3AC" w14:textId="77777777" w:rsidR="0090074A" w:rsidRPr="00296F2E" w:rsidRDefault="0090074A" w:rsidP="00434FF6">
            <w:pPr>
              <w:rPr>
                <w:rFonts w:ascii="Raleway" w:hAnsi="Raleway"/>
              </w:rPr>
            </w:pPr>
            <w:r w:rsidRPr="00296F2E">
              <w:rPr>
                <w:rFonts w:ascii="Raleway" w:hAnsi="Raleway"/>
                <w:b/>
                <w:sz w:val="18"/>
              </w:rPr>
              <w:t>Signature</w:t>
            </w:r>
          </w:p>
        </w:tc>
        <w:tc>
          <w:tcPr>
            <w:tcW w:w="5040" w:type="dxa"/>
            <w:vAlign w:val="center"/>
          </w:tcPr>
          <w:p w14:paraId="3392EE1D" w14:textId="77777777" w:rsidR="0090074A" w:rsidRPr="00296F2E" w:rsidRDefault="0090074A" w:rsidP="00434FF6">
            <w:pPr>
              <w:rPr>
                <w:rFonts w:ascii="Raleway" w:hAnsi="Raleway"/>
              </w:rPr>
            </w:pPr>
          </w:p>
        </w:tc>
      </w:tr>
      <w:tr w:rsidR="0090074A" w:rsidRPr="00296F2E" w14:paraId="081E0984" w14:textId="77777777" w:rsidTr="00434FF6">
        <w:trPr>
          <w:jc w:val="center"/>
        </w:trPr>
        <w:tc>
          <w:tcPr>
            <w:tcW w:w="5040" w:type="dxa"/>
            <w:shd w:val="clear" w:color="auto" w:fill="F3F4F5"/>
            <w:vAlign w:val="center"/>
          </w:tcPr>
          <w:p w14:paraId="072FA42E" w14:textId="77777777" w:rsidR="0090074A" w:rsidRPr="00296F2E" w:rsidRDefault="0090074A" w:rsidP="00434FF6">
            <w:pPr>
              <w:rPr>
                <w:rFonts w:ascii="Raleway" w:hAnsi="Raleway"/>
              </w:rPr>
            </w:pPr>
            <w:r w:rsidRPr="00296F2E">
              <w:rPr>
                <w:rFonts w:ascii="Raleway" w:hAnsi="Raleway"/>
                <w:b/>
                <w:sz w:val="18"/>
              </w:rPr>
              <w:t>Date</w:t>
            </w:r>
          </w:p>
        </w:tc>
        <w:tc>
          <w:tcPr>
            <w:tcW w:w="5040" w:type="dxa"/>
            <w:vAlign w:val="center"/>
          </w:tcPr>
          <w:p w14:paraId="49BA38B3" w14:textId="77777777" w:rsidR="0090074A" w:rsidRPr="00296F2E" w:rsidRDefault="0090074A" w:rsidP="00434FF6">
            <w:pPr>
              <w:rPr>
                <w:rFonts w:ascii="Raleway" w:hAnsi="Raleway"/>
              </w:rPr>
            </w:pPr>
          </w:p>
        </w:tc>
      </w:tr>
    </w:tbl>
    <w:p w14:paraId="035FC24E" w14:textId="77777777" w:rsidR="0090074A" w:rsidRPr="00296F2E" w:rsidRDefault="0090074A" w:rsidP="0090074A">
      <w:pPr>
        <w:pStyle w:val="Heading2"/>
        <w:rPr>
          <w:rFonts w:ascii="Raleway" w:hAnsi="Raleway"/>
        </w:rPr>
      </w:pPr>
      <w:r w:rsidRPr="00296F2E">
        <w:rPr>
          <w:rFonts w:ascii="Raleway" w:hAnsi="Raleway"/>
        </w:rPr>
        <w:t>Declaration</w:t>
      </w:r>
    </w:p>
    <w:p w14:paraId="0BADEA67" w14:textId="77777777" w:rsidR="0090074A" w:rsidRPr="00296F2E" w:rsidRDefault="0090074A" w:rsidP="0090074A">
      <w:pPr>
        <w:rPr>
          <w:rFonts w:ascii="Raleway" w:hAnsi="Raleway"/>
        </w:rPr>
      </w:pPr>
      <w:r w:rsidRPr="00296F2E">
        <w:rPr>
          <w:rFonts w:ascii="Raleway" w:hAnsi="Raleway"/>
        </w:rPr>
        <w:t>I declare that the information given in this application is to the best of my knowledge complete and correct.</w:t>
      </w:r>
    </w:p>
    <w:tbl>
      <w:tblPr>
        <w:tblW w:w="0" w:type="auto"/>
        <w:jc w:val="center"/>
        <w:tblLayout w:type="fixed"/>
        <w:tblLook w:val="04A0" w:firstRow="1" w:lastRow="0" w:firstColumn="1" w:lastColumn="0" w:noHBand="0" w:noVBand="1"/>
      </w:tblPr>
      <w:tblGrid>
        <w:gridCol w:w="5040"/>
        <w:gridCol w:w="5040"/>
      </w:tblGrid>
      <w:tr w:rsidR="0090074A" w:rsidRPr="00296F2E" w14:paraId="2261B2BB" w14:textId="77777777" w:rsidTr="00434FF6">
        <w:trPr>
          <w:jc w:val="center"/>
        </w:trPr>
        <w:tc>
          <w:tcPr>
            <w:tcW w:w="5040" w:type="dxa"/>
            <w:shd w:val="clear" w:color="auto" w:fill="F3F4F5"/>
            <w:vAlign w:val="center"/>
          </w:tcPr>
          <w:p w14:paraId="2A063082" w14:textId="77777777" w:rsidR="0090074A" w:rsidRPr="00296F2E" w:rsidRDefault="0090074A" w:rsidP="00434FF6">
            <w:pPr>
              <w:rPr>
                <w:rFonts w:ascii="Raleway" w:hAnsi="Raleway"/>
              </w:rPr>
            </w:pPr>
            <w:r w:rsidRPr="00296F2E">
              <w:rPr>
                <w:rFonts w:ascii="Raleway" w:hAnsi="Raleway"/>
                <w:b/>
                <w:sz w:val="18"/>
              </w:rPr>
              <w:t>Signature</w:t>
            </w:r>
          </w:p>
        </w:tc>
        <w:tc>
          <w:tcPr>
            <w:tcW w:w="5040" w:type="dxa"/>
            <w:vAlign w:val="center"/>
          </w:tcPr>
          <w:p w14:paraId="4A7FC2D1" w14:textId="77777777" w:rsidR="0090074A" w:rsidRPr="00296F2E" w:rsidRDefault="0090074A" w:rsidP="00434FF6">
            <w:pPr>
              <w:rPr>
                <w:rFonts w:ascii="Raleway" w:hAnsi="Raleway"/>
              </w:rPr>
            </w:pPr>
          </w:p>
        </w:tc>
      </w:tr>
      <w:tr w:rsidR="0090074A" w:rsidRPr="00296F2E" w14:paraId="56B4CB81" w14:textId="77777777" w:rsidTr="00434FF6">
        <w:trPr>
          <w:jc w:val="center"/>
        </w:trPr>
        <w:tc>
          <w:tcPr>
            <w:tcW w:w="5040" w:type="dxa"/>
            <w:shd w:val="clear" w:color="auto" w:fill="F3F4F5"/>
            <w:vAlign w:val="center"/>
          </w:tcPr>
          <w:p w14:paraId="19126B81" w14:textId="77777777" w:rsidR="0090074A" w:rsidRPr="00296F2E" w:rsidRDefault="0090074A" w:rsidP="00434FF6">
            <w:pPr>
              <w:rPr>
                <w:rFonts w:ascii="Raleway" w:hAnsi="Raleway"/>
              </w:rPr>
            </w:pPr>
            <w:r w:rsidRPr="00296F2E">
              <w:rPr>
                <w:rFonts w:ascii="Raleway" w:hAnsi="Raleway"/>
                <w:b/>
                <w:sz w:val="18"/>
              </w:rPr>
              <w:t>Date</w:t>
            </w:r>
          </w:p>
        </w:tc>
        <w:tc>
          <w:tcPr>
            <w:tcW w:w="5040" w:type="dxa"/>
            <w:vAlign w:val="center"/>
          </w:tcPr>
          <w:p w14:paraId="72B2F6D9" w14:textId="77777777" w:rsidR="0090074A" w:rsidRPr="00296F2E" w:rsidRDefault="0090074A" w:rsidP="00434FF6">
            <w:pPr>
              <w:rPr>
                <w:rFonts w:ascii="Raleway" w:hAnsi="Raleway"/>
              </w:rPr>
            </w:pPr>
          </w:p>
        </w:tc>
      </w:tr>
    </w:tbl>
    <w:p w14:paraId="4EF571E5" w14:textId="4D32BF79" w:rsidR="0090074A" w:rsidRDefault="0090074A">
      <w:pPr>
        <w:rPr>
          <w:rFonts w:ascii="Raleway" w:hAnsi="Raleway"/>
        </w:rPr>
      </w:pPr>
      <w:r w:rsidRPr="00296F2E">
        <w:rPr>
          <w:rFonts w:ascii="Raleway" w:hAnsi="Raleway"/>
        </w:rPr>
        <w:t>Note: Any false, incomplete or misleading statements may lead to dismissal.</w:t>
      </w:r>
    </w:p>
    <w:p w14:paraId="77948A1F" w14:textId="66DA357B" w:rsidR="007257B6" w:rsidRPr="00CF23A4" w:rsidRDefault="007257B6">
      <w:pPr>
        <w:rPr>
          <w:rFonts w:ascii="Raleway" w:hAnsi="Raleway"/>
          <w:b/>
          <w:bCs/>
        </w:rPr>
      </w:pPr>
      <w:r w:rsidRPr="00CF23A4">
        <w:rPr>
          <w:rFonts w:ascii="Raleway" w:hAnsi="Raleway"/>
          <w:b/>
          <w:bCs/>
        </w:rPr>
        <w:t>Thank you for your interest in the Cleaner role at St Aidan’s Church.</w:t>
      </w:r>
    </w:p>
    <w:p w14:paraId="6FD339FC" w14:textId="77777777" w:rsidR="00B22A81" w:rsidRDefault="00756AEE">
      <w:pPr>
        <w:rPr>
          <w:rFonts w:ascii="Raleway" w:hAnsi="Raleway"/>
        </w:rPr>
      </w:pPr>
      <w:r w:rsidRPr="00296F2E">
        <w:rPr>
          <w:rFonts w:ascii="Raleway" w:hAnsi="Raleway"/>
        </w:rPr>
        <w:t>To comply with GDPR UK application forms, CVs and references for unsuccessful candidates will be shredded after a maximum period of 6 months from interview date.</w:t>
      </w:r>
    </w:p>
    <w:p w14:paraId="7DE0B5E7" w14:textId="77777777" w:rsidR="009772D1" w:rsidRDefault="009772D1" w:rsidP="009772D1">
      <w:pPr>
        <w:rPr>
          <w:rFonts w:ascii="Raleway" w:hAnsi="Raleway"/>
        </w:rPr>
      </w:pPr>
      <w:r w:rsidRPr="00296F2E">
        <w:rPr>
          <w:rFonts w:ascii="Raleway" w:hAnsi="Raleway"/>
        </w:rPr>
        <w:t xml:space="preserve">Applications should be </w:t>
      </w:r>
      <w:r>
        <w:rPr>
          <w:rFonts w:ascii="Raleway" w:hAnsi="Raleway"/>
        </w:rPr>
        <w:t>sent</w:t>
      </w:r>
      <w:r w:rsidRPr="00296F2E">
        <w:rPr>
          <w:rFonts w:ascii="Raleway" w:hAnsi="Raleway"/>
        </w:rPr>
        <w:t xml:space="preserve"> to:</w:t>
      </w:r>
      <w:r>
        <w:rPr>
          <w:rFonts w:ascii="Raleway" w:hAnsi="Raleway"/>
        </w:rPr>
        <w:t xml:space="preserve"> </w:t>
      </w:r>
      <w:hyperlink r:id="rId10" w:history="1">
        <w:r w:rsidRPr="00EB2F1D">
          <w:rPr>
            <w:rStyle w:val="Hyperlink"/>
            <w:rFonts w:ascii="Raleway" w:hAnsi="Raleway"/>
          </w:rPr>
          <w:t>dan@staidans.org.uk</w:t>
        </w:r>
      </w:hyperlink>
      <w:r>
        <w:rPr>
          <w:rFonts w:ascii="Raleway" w:hAnsi="Raleway"/>
        </w:rPr>
        <w:t xml:space="preserve"> , in-person or postal applications:</w:t>
      </w:r>
    </w:p>
    <w:p w14:paraId="30AF4891" w14:textId="77777777" w:rsidR="009772D1" w:rsidRDefault="009772D1" w:rsidP="009772D1">
      <w:pPr>
        <w:rPr>
          <w:rFonts w:ascii="Raleway" w:hAnsi="Raleway"/>
        </w:rPr>
      </w:pPr>
      <w:r>
        <w:rPr>
          <w:rFonts w:ascii="Raleway" w:hAnsi="Raleway"/>
        </w:rPr>
        <w:t xml:space="preserve">FAO Daniel Broom, St Aidan’s Church, 139 Southcoates Ave, Hull, HU9 3HF </w:t>
      </w:r>
    </w:p>
    <w:p w14:paraId="0838960A" w14:textId="2CB4B31F" w:rsidR="009772D1" w:rsidRPr="009772D1" w:rsidRDefault="009772D1">
      <w:pPr>
        <w:rPr>
          <w:rFonts w:ascii="Raleway" w:hAnsi="Raleway"/>
          <w:b/>
          <w:bCs/>
        </w:rPr>
      </w:pPr>
      <w:r>
        <w:rPr>
          <w:rFonts w:ascii="Raleway" w:hAnsi="Raleway"/>
        </w:rPr>
        <w:t xml:space="preserve">Closing date: </w:t>
      </w:r>
      <w:r w:rsidR="00BA3003">
        <w:rPr>
          <w:rFonts w:ascii="Raleway" w:hAnsi="Raleway"/>
        </w:rPr>
        <w:t xml:space="preserve">23:59 </w:t>
      </w:r>
      <w:r>
        <w:rPr>
          <w:rFonts w:ascii="Raleway" w:hAnsi="Raleway"/>
          <w:b/>
          <w:bCs/>
        </w:rPr>
        <w:t>1</w:t>
      </w:r>
      <w:r w:rsidR="00F307B1">
        <w:rPr>
          <w:rFonts w:ascii="Raleway" w:hAnsi="Raleway"/>
          <w:b/>
          <w:bCs/>
        </w:rPr>
        <w:t>6</w:t>
      </w:r>
      <w:r w:rsidRPr="00B1618A">
        <w:rPr>
          <w:rFonts w:ascii="Raleway" w:hAnsi="Raleway"/>
          <w:b/>
          <w:bCs/>
          <w:vertAlign w:val="superscript"/>
        </w:rPr>
        <w:t>th</w:t>
      </w:r>
      <w:r>
        <w:rPr>
          <w:rFonts w:ascii="Raleway" w:hAnsi="Raleway"/>
          <w:b/>
          <w:bCs/>
        </w:rPr>
        <w:t xml:space="preserve"> October 2026.</w:t>
      </w:r>
    </w:p>
    <w:p w14:paraId="156463D9" w14:textId="519FCD41" w:rsidR="00B22A81" w:rsidRPr="00296F2E" w:rsidRDefault="00B22A81">
      <w:pPr>
        <w:rPr>
          <w:rFonts w:ascii="Raleway" w:hAnsi="Raleway"/>
        </w:rPr>
      </w:pPr>
    </w:p>
    <w:sectPr w:rsidR="00B22A81" w:rsidRPr="00296F2E" w:rsidSect="00034616">
      <w:headerReference w:type="default" r:id="rId11"/>
      <w:footerReference w:type="default" r:id="rId12"/>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4FA9D" w14:textId="77777777" w:rsidR="00DF2A3D" w:rsidRDefault="00DF2A3D">
      <w:pPr>
        <w:spacing w:after="0" w:line="240" w:lineRule="auto"/>
      </w:pPr>
      <w:r>
        <w:separator/>
      </w:r>
    </w:p>
  </w:endnote>
  <w:endnote w:type="continuationSeparator" w:id="0">
    <w:p w14:paraId="1D5786AC" w14:textId="77777777" w:rsidR="00DF2A3D" w:rsidRDefault="00DF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Raleway">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CCD1" w14:textId="0E7D33D4" w:rsidR="00B22A81" w:rsidRDefault="00756AEE">
    <w:pPr>
      <w:pStyle w:val="Footer"/>
      <w:jc w:val="center"/>
    </w:pPr>
    <w:r>
      <w:rPr>
        <w:color w:val="6B737B"/>
        <w:sz w:val="16"/>
      </w:rPr>
      <w:t>St Aidan’s Church  •  Cleaner Recruitment</w:t>
    </w:r>
    <w:r w:rsidR="005C59ED">
      <w:rPr>
        <w:color w:val="6B737B"/>
        <w:sz w:val="16"/>
      </w:rPr>
      <w:t xml:space="preserve"> </w:t>
    </w:r>
    <w:r>
      <w:rPr>
        <w:color w:val="6B737B"/>
        <w:sz w:val="16"/>
      </w:rPr>
      <w:t>Pack</w:t>
    </w:r>
    <w:r w:rsidR="00D8440A">
      <w:rPr>
        <w:color w:val="6B737B"/>
        <w:sz w:val="16"/>
      </w:rPr>
      <w:tab/>
    </w:r>
    <w:r w:rsidR="00D8440A">
      <w:rPr>
        <w:color w:val="6B737B"/>
        <w:sz w:val="16"/>
      </w:rPr>
      <w:tab/>
      <w:t>P.T.O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2A73C" w14:textId="77777777" w:rsidR="00DF2A3D" w:rsidRDefault="00DF2A3D">
      <w:pPr>
        <w:spacing w:after="0" w:line="240" w:lineRule="auto"/>
      </w:pPr>
      <w:r>
        <w:separator/>
      </w:r>
    </w:p>
  </w:footnote>
  <w:footnote w:type="continuationSeparator" w:id="0">
    <w:p w14:paraId="2608CFDA" w14:textId="77777777" w:rsidR="00DF2A3D" w:rsidRDefault="00DF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4CCA" w14:textId="77777777" w:rsidR="00B22A81" w:rsidRDefault="00756AEE">
    <w:pPr>
      <w:pStyle w:val="Header"/>
      <w:jc w:val="right"/>
    </w:pPr>
    <w:r>
      <w:rPr>
        <w:noProof/>
      </w:rPr>
      <w:drawing>
        <wp:inline distT="0" distB="0" distL="0" distR="0" wp14:anchorId="46AB6685" wp14:editId="3888E61E">
          <wp:extent cx="640080" cy="640080"/>
          <wp:effectExtent l="0" t="0" r="0" b="0"/>
          <wp:docPr id="173822128" name="Picture 17382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stretch>
                    <a:fillRect/>
                  </a:stretch>
                </pic:blipFill>
                <pic:spPr>
                  <a:xfrm>
                    <a:off x="0" y="0"/>
                    <a:ext cx="640080" cy="640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B44288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F2261A"/>
    <w:multiLevelType w:val="hybridMultilevel"/>
    <w:tmpl w:val="7B5E35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690706"/>
    <w:multiLevelType w:val="hybridMultilevel"/>
    <w:tmpl w:val="5060FC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5380948">
    <w:abstractNumId w:val="8"/>
  </w:num>
  <w:num w:numId="2" w16cid:durableId="467282918">
    <w:abstractNumId w:val="6"/>
  </w:num>
  <w:num w:numId="3" w16cid:durableId="661465858">
    <w:abstractNumId w:val="5"/>
  </w:num>
  <w:num w:numId="4" w16cid:durableId="39715783">
    <w:abstractNumId w:val="4"/>
  </w:num>
  <w:num w:numId="5" w16cid:durableId="762410447">
    <w:abstractNumId w:val="7"/>
  </w:num>
  <w:num w:numId="6" w16cid:durableId="122231495">
    <w:abstractNumId w:val="3"/>
  </w:num>
  <w:num w:numId="7" w16cid:durableId="1437868683">
    <w:abstractNumId w:val="2"/>
  </w:num>
  <w:num w:numId="8" w16cid:durableId="1820539190">
    <w:abstractNumId w:val="1"/>
  </w:num>
  <w:num w:numId="9" w16cid:durableId="854921167">
    <w:abstractNumId w:val="0"/>
  </w:num>
  <w:num w:numId="10" w16cid:durableId="1796488190">
    <w:abstractNumId w:val="9"/>
  </w:num>
  <w:num w:numId="11" w16cid:durableId="21034551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599"/>
    <w:rsid w:val="00034616"/>
    <w:rsid w:val="00057BCD"/>
    <w:rsid w:val="0006063C"/>
    <w:rsid w:val="00063484"/>
    <w:rsid w:val="00093FDE"/>
    <w:rsid w:val="001029FB"/>
    <w:rsid w:val="00120A70"/>
    <w:rsid w:val="001219B4"/>
    <w:rsid w:val="00141843"/>
    <w:rsid w:val="0015074B"/>
    <w:rsid w:val="001510CB"/>
    <w:rsid w:val="00151261"/>
    <w:rsid w:val="0015168C"/>
    <w:rsid w:val="001670E2"/>
    <w:rsid w:val="001D4480"/>
    <w:rsid w:val="00225DC2"/>
    <w:rsid w:val="00246C3E"/>
    <w:rsid w:val="00253901"/>
    <w:rsid w:val="00270C12"/>
    <w:rsid w:val="00285EF0"/>
    <w:rsid w:val="00287387"/>
    <w:rsid w:val="00292088"/>
    <w:rsid w:val="0029639D"/>
    <w:rsid w:val="00296F2E"/>
    <w:rsid w:val="002C40F3"/>
    <w:rsid w:val="0032002D"/>
    <w:rsid w:val="0032116C"/>
    <w:rsid w:val="00326075"/>
    <w:rsid w:val="00326F90"/>
    <w:rsid w:val="00334707"/>
    <w:rsid w:val="00352C1B"/>
    <w:rsid w:val="00384B0E"/>
    <w:rsid w:val="00387BDB"/>
    <w:rsid w:val="003B510B"/>
    <w:rsid w:val="003E5C81"/>
    <w:rsid w:val="00413E7D"/>
    <w:rsid w:val="004208FA"/>
    <w:rsid w:val="00425C19"/>
    <w:rsid w:val="004749CF"/>
    <w:rsid w:val="0048001A"/>
    <w:rsid w:val="00493ADC"/>
    <w:rsid w:val="0049563B"/>
    <w:rsid w:val="004960ED"/>
    <w:rsid w:val="004B1D4F"/>
    <w:rsid w:val="004D190E"/>
    <w:rsid w:val="0050044E"/>
    <w:rsid w:val="00513AB7"/>
    <w:rsid w:val="0052223A"/>
    <w:rsid w:val="0052700F"/>
    <w:rsid w:val="0052796A"/>
    <w:rsid w:val="005402BE"/>
    <w:rsid w:val="005468C4"/>
    <w:rsid w:val="0058446C"/>
    <w:rsid w:val="005977E1"/>
    <w:rsid w:val="005C59ED"/>
    <w:rsid w:val="005C7CE8"/>
    <w:rsid w:val="005E2BCE"/>
    <w:rsid w:val="005F56C7"/>
    <w:rsid w:val="00600FC6"/>
    <w:rsid w:val="00633FF0"/>
    <w:rsid w:val="0067298D"/>
    <w:rsid w:val="006762A4"/>
    <w:rsid w:val="00690AC0"/>
    <w:rsid w:val="006A0683"/>
    <w:rsid w:val="006B2ED0"/>
    <w:rsid w:val="006C2D3B"/>
    <w:rsid w:val="006E251F"/>
    <w:rsid w:val="006E30EC"/>
    <w:rsid w:val="0071522D"/>
    <w:rsid w:val="007257B6"/>
    <w:rsid w:val="00742A8B"/>
    <w:rsid w:val="00756AEE"/>
    <w:rsid w:val="0077090A"/>
    <w:rsid w:val="007869FE"/>
    <w:rsid w:val="007A432E"/>
    <w:rsid w:val="007B09CE"/>
    <w:rsid w:val="007C3E32"/>
    <w:rsid w:val="007D20DF"/>
    <w:rsid w:val="00804797"/>
    <w:rsid w:val="00830B8E"/>
    <w:rsid w:val="008360DA"/>
    <w:rsid w:val="00841BA3"/>
    <w:rsid w:val="008443AF"/>
    <w:rsid w:val="0089693E"/>
    <w:rsid w:val="008C5C36"/>
    <w:rsid w:val="008E3255"/>
    <w:rsid w:val="008E491E"/>
    <w:rsid w:val="0090074A"/>
    <w:rsid w:val="00913B13"/>
    <w:rsid w:val="00932DDA"/>
    <w:rsid w:val="009636C0"/>
    <w:rsid w:val="00976918"/>
    <w:rsid w:val="009772D1"/>
    <w:rsid w:val="0098172C"/>
    <w:rsid w:val="00985915"/>
    <w:rsid w:val="009A23EC"/>
    <w:rsid w:val="009A5226"/>
    <w:rsid w:val="009B16EA"/>
    <w:rsid w:val="009C550C"/>
    <w:rsid w:val="009C772A"/>
    <w:rsid w:val="009D3926"/>
    <w:rsid w:val="009F5DA6"/>
    <w:rsid w:val="00A34BA0"/>
    <w:rsid w:val="00A34E27"/>
    <w:rsid w:val="00A36B33"/>
    <w:rsid w:val="00A8528C"/>
    <w:rsid w:val="00A96FAB"/>
    <w:rsid w:val="00AA1D8D"/>
    <w:rsid w:val="00AB38DE"/>
    <w:rsid w:val="00AC29BA"/>
    <w:rsid w:val="00AD5ABC"/>
    <w:rsid w:val="00B049F8"/>
    <w:rsid w:val="00B05AC2"/>
    <w:rsid w:val="00B1483C"/>
    <w:rsid w:val="00B1618A"/>
    <w:rsid w:val="00B22A81"/>
    <w:rsid w:val="00B40C88"/>
    <w:rsid w:val="00B47730"/>
    <w:rsid w:val="00B64231"/>
    <w:rsid w:val="00B77C26"/>
    <w:rsid w:val="00B86B62"/>
    <w:rsid w:val="00B97F2A"/>
    <w:rsid w:val="00BA0F93"/>
    <w:rsid w:val="00BA2114"/>
    <w:rsid w:val="00BA3003"/>
    <w:rsid w:val="00BB3509"/>
    <w:rsid w:val="00C126DF"/>
    <w:rsid w:val="00C22B3E"/>
    <w:rsid w:val="00C67823"/>
    <w:rsid w:val="00CA644B"/>
    <w:rsid w:val="00CB0664"/>
    <w:rsid w:val="00CD7F12"/>
    <w:rsid w:val="00CE539A"/>
    <w:rsid w:val="00CF23A4"/>
    <w:rsid w:val="00D02EC6"/>
    <w:rsid w:val="00D07B5E"/>
    <w:rsid w:val="00D16EA1"/>
    <w:rsid w:val="00D358B1"/>
    <w:rsid w:val="00D51E04"/>
    <w:rsid w:val="00D62547"/>
    <w:rsid w:val="00D8440A"/>
    <w:rsid w:val="00DA5B95"/>
    <w:rsid w:val="00DB0046"/>
    <w:rsid w:val="00DD4153"/>
    <w:rsid w:val="00DF2A3D"/>
    <w:rsid w:val="00DF4665"/>
    <w:rsid w:val="00E414DE"/>
    <w:rsid w:val="00E708CF"/>
    <w:rsid w:val="00E82A5F"/>
    <w:rsid w:val="00E83EFF"/>
    <w:rsid w:val="00E84D99"/>
    <w:rsid w:val="00F307B1"/>
    <w:rsid w:val="00F3412D"/>
    <w:rsid w:val="00F41E8A"/>
    <w:rsid w:val="00F92E50"/>
    <w:rsid w:val="00FA1B92"/>
    <w:rsid w:val="00FB1956"/>
    <w:rsid w:val="00FB24DE"/>
    <w:rsid w:val="00FB51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0E2EB0"/>
  <w14:defaultImageDpi w14:val="300"/>
  <w15:docId w15:val="{238201F1-5D7D-439B-91CB-E55A8E684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63746"/>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E979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rPr>
      <w:rFonts w:ascii="Aptos" w:hAnsi="Aptos"/>
      <w:color w:val="263746"/>
      <w:sz w:val="17"/>
    </w:rPr>
  </w:style>
  <w:style w:type="character" w:styleId="Hyperlink">
    <w:name w:val="Hyperlink"/>
    <w:basedOn w:val="DefaultParagraphFont"/>
    <w:uiPriority w:val="99"/>
    <w:unhideWhenUsed/>
    <w:rsid w:val="00253901"/>
    <w:rPr>
      <w:color w:val="0000FF" w:themeColor="hyperlink"/>
      <w:u w:val="single"/>
    </w:rPr>
  </w:style>
  <w:style w:type="character" w:styleId="UnresolvedMention">
    <w:name w:val="Unresolved Mention"/>
    <w:basedOn w:val="DefaultParagraphFont"/>
    <w:uiPriority w:val="99"/>
    <w:semiHidden/>
    <w:unhideWhenUsed/>
    <w:rsid w:val="002539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n@staidans.org.uk" TargetMode="External"/><Relationship Id="rId4" Type="http://schemas.openxmlformats.org/officeDocument/2006/relationships/settings" Target="settings.xml"/><Relationship Id="rId9" Type="http://schemas.openxmlformats.org/officeDocument/2006/relationships/hyperlink" Target="mailto:dan@staidans.org.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1421</Words>
  <Characters>8103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 Broom</cp:lastModifiedBy>
  <cp:revision>52</cp:revision>
  <cp:lastPrinted>2026-09-25T08:36:00Z</cp:lastPrinted>
  <dcterms:created xsi:type="dcterms:W3CDTF">2026-09-28T09:37:00Z</dcterms:created>
  <dcterms:modified xsi:type="dcterms:W3CDTF">2026-10-04T08:53:00Z</dcterms:modified>
  <cp:category/>
</cp:coreProperties>
</file>